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DBD9" w14:textId="3FB52AC6" w:rsidR="00B0273F" w:rsidRDefault="00B0273F" w:rsidP="00B0273F">
      <w:pPr>
        <w:spacing w:after="20"/>
        <w:jc w:val="right"/>
        <w:rPr>
          <w:rFonts w:ascii="Congenial Light" w:hAnsi="Congenial Light"/>
          <w:b/>
          <w:sz w:val="22"/>
          <w:lang w:val="it-IT"/>
        </w:rPr>
      </w:pPr>
      <w:r>
        <w:rPr>
          <w:rFonts w:ascii="Congenial Light" w:hAnsi="Congenial Light"/>
          <w:b/>
          <w:sz w:val="22"/>
          <w:lang w:val="it-IT"/>
        </w:rPr>
        <w:t>Al DIRIGENTE SCOLASTICO DELL’IC V O CENCELLI</w:t>
      </w:r>
    </w:p>
    <w:p w14:paraId="63A64D3B" w14:textId="77777777" w:rsidR="00B0273F" w:rsidRDefault="00B0273F" w:rsidP="00B0273F">
      <w:pPr>
        <w:spacing w:after="20"/>
        <w:jc w:val="right"/>
        <w:rPr>
          <w:rFonts w:ascii="Congenial Light" w:hAnsi="Congenial Light"/>
          <w:b/>
          <w:sz w:val="22"/>
          <w:lang w:val="it-IT"/>
        </w:rPr>
      </w:pPr>
    </w:p>
    <w:p w14:paraId="22596937" w14:textId="77777777" w:rsidR="00B0273F" w:rsidRDefault="00B0273F" w:rsidP="00B0273F">
      <w:pPr>
        <w:spacing w:after="20"/>
        <w:jc w:val="right"/>
        <w:rPr>
          <w:rFonts w:ascii="Congenial Light" w:hAnsi="Congenial Light"/>
          <w:b/>
          <w:sz w:val="22"/>
          <w:lang w:val="it-IT"/>
        </w:rPr>
      </w:pPr>
    </w:p>
    <w:p w14:paraId="2352A50C" w14:textId="730FEF07" w:rsidR="006B4F2B" w:rsidRPr="00B0273F" w:rsidRDefault="00000000">
      <w:pPr>
        <w:spacing w:after="20"/>
        <w:jc w:val="center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>ALLEGATO – MODELLO DI MANIFESTAZIONE DI DISPONIBILITÀ</w:t>
      </w:r>
    </w:p>
    <w:p w14:paraId="349287D7" w14:textId="77777777" w:rsidR="006B4F2B" w:rsidRPr="00B0273F" w:rsidRDefault="00000000">
      <w:pPr>
        <w:spacing w:after="80"/>
        <w:jc w:val="center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>Progetto “Pomeriggio Sportivo” – a.s. 2026/2027</w:t>
      </w:r>
    </w:p>
    <w:p w14:paraId="61BC3B34" w14:textId="77777777" w:rsidR="00B0273F" w:rsidRDefault="00B0273F">
      <w:pPr>
        <w:spacing w:after="60"/>
        <w:jc w:val="both"/>
        <w:rPr>
          <w:rFonts w:ascii="Congenial Light" w:hAnsi="Congenial Light"/>
          <w:sz w:val="22"/>
          <w:lang w:val="it-IT"/>
        </w:rPr>
      </w:pPr>
    </w:p>
    <w:p w14:paraId="40AC414E" w14:textId="77777777" w:rsidR="00B0273F" w:rsidRDefault="00B0273F">
      <w:pPr>
        <w:spacing w:after="60"/>
        <w:jc w:val="both"/>
        <w:rPr>
          <w:rFonts w:ascii="Congenial Light" w:hAnsi="Congenial Light"/>
          <w:sz w:val="22"/>
          <w:lang w:val="it-IT"/>
        </w:rPr>
      </w:pPr>
    </w:p>
    <w:p w14:paraId="56381F54" w14:textId="0D383740" w:rsidR="006B4F2B" w:rsidRPr="00B0273F" w:rsidRDefault="00000000">
      <w:pPr>
        <w:spacing w:after="60"/>
        <w:jc w:val="both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Oggetto: </w:t>
      </w:r>
      <w:r w:rsidRPr="00B0273F">
        <w:rPr>
          <w:rFonts w:ascii="Congenial Light" w:hAnsi="Congenial Light"/>
          <w:sz w:val="22"/>
          <w:lang w:val="it-IT"/>
        </w:rPr>
        <w:t>Manifestazione di disponibilità per la realizzazione gratuita di attività sportive nell’ambito del progetto “Pomeriggio Sportivo” rivolto agli alunni della scuola primaria e della scuola secondaria di I grado.</w:t>
      </w:r>
    </w:p>
    <w:p w14:paraId="4216CE08" w14:textId="77777777" w:rsidR="006B4F2B" w:rsidRPr="00B0273F" w:rsidRDefault="00000000">
      <w:pPr>
        <w:spacing w:after="4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Il/La sottoscritto/a</w:t>
      </w:r>
    </w:p>
    <w:p w14:paraId="7FEACDB0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Nome e cognome del Legale Rappresentante: </w:t>
      </w:r>
      <w:r w:rsidRPr="00B0273F">
        <w:rPr>
          <w:rFonts w:ascii="Congenial Light" w:hAnsi="Congenial Light"/>
          <w:sz w:val="22"/>
          <w:lang w:val="it-IT"/>
        </w:rPr>
        <w:t>________________________________________</w:t>
      </w:r>
    </w:p>
    <w:p w14:paraId="6DE1CF66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nato/a a: </w:t>
      </w:r>
      <w:r w:rsidRPr="00B0273F">
        <w:rPr>
          <w:rFonts w:ascii="Congenial Light" w:hAnsi="Congenial Light"/>
          <w:sz w:val="22"/>
          <w:lang w:val="it-IT"/>
        </w:rPr>
        <w:t>_______________________</w:t>
      </w:r>
    </w:p>
    <w:p w14:paraId="0ADE5CA4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il: </w:t>
      </w:r>
      <w:r w:rsidRPr="00B0273F">
        <w:rPr>
          <w:rFonts w:ascii="Congenial Light" w:hAnsi="Congenial Light"/>
          <w:sz w:val="22"/>
          <w:lang w:val="it-IT"/>
        </w:rPr>
        <w:t>__________________</w:t>
      </w:r>
    </w:p>
    <w:p w14:paraId="0F94B84D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in qualità di Legale Rappresentante di: </w:t>
      </w:r>
      <w:r w:rsidRPr="00B0273F">
        <w:rPr>
          <w:rFonts w:ascii="Congenial Light" w:hAnsi="Congenial Light"/>
          <w:sz w:val="22"/>
          <w:lang w:val="it-IT"/>
        </w:rPr>
        <w:t>__________________________________________</w:t>
      </w:r>
    </w:p>
    <w:p w14:paraId="576F28B4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Denominazione Associazione/Società sportiva: </w:t>
      </w:r>
      <w:r w:rsidRPr="00B0273F">
        <w:rPr>
          <w:rFonts w:ascii="Congenial Light" w:hAnsi="Congenial Light"/>
          <w:sz w:val="22"/>
          <w:lang w:val="it-IT"/>
        </w:rPr>
        <w:t>_____________________________________</w:t>
      </w:r>
    </w:p>
    <w:p w14:paraId="5E796D36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con sede legale in: </w:t>
      </w:r>
      <w:r w:rsidRPr="00B0273F">
        <w:rPr>
          <w:rFonts w:ascii="Congenial Light" w:hAnsi="Congenial Light"/>
          <w:sz w:val="22"/>
          <w:lang w:val="it-IT"/>
        </w:rPr>
        <w:t>________________________________________________</w:t>
      </w:r>
    </w:p>
    <w:p w14:paraId="735F9910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Codice fiscale/P. IVA: </w:t>
      </w:r>
      <w:r w:rsidRPr="00B0273F">
        <w:rPr>
          <w:rFonts w:ascii="Congenial Light" w:hAnsi="Congenial Light"/>
          <w:sz w:val="22"/>
          <w:lang w:val="it-IT"/>
        </w:rPr>
        <w:t>__________________________________________</w:t>
      </w:r>
    </w:p>
    <w:p w14:paraId="358002F5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Telefono: </w:t>
      </w:r>
      <w:r w:rsidRPr="00B0273F">
        <w:rPr>
          <w:rFonts w:ascii="Congenial Light" w:hAnsi="Congenial Light"/>
          <w:sz w:val="22"/>
          <w:lang w:val="it-IT"/>
        </w:rPr>
        <w:t>__________________________________________________</w:t>
      </w:r>
    </w:p>
    <w:p w14:paraId="0AFE4C7F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E-mail/PEC: </w:t>
      </w:r>
      <w:r w:rsidRPr="00B0273F">
        <w:rPr>
          <w:rFonts w:ascii="Congenial Light" w:hAnsi="Congenial Light"/>
          <w:sz w:val="22"/>
          <w:lang w:val="it-IT"/>
        </w:rPr>
        <w:t>________________________________________________</w:t>
      </w:r>
    </w:p>
    <w:p w14:paraId="0A1D365E" w14:textId="77777777" w:rsidR="00B0273F" w:rsidRDefault="00B0273F">
      <w:pPr>
        <w:spacing w:after="20"/>
        <w:jc w:val="center"/>
        <w:rPr>
          <w:rFonts w:ascii="Congenial Light" w:hAnsi="Congenial Light"/>
          <w:b/>
          <w:sz w:val="22"/>
          <w:lang w:val="it-IT"/>
        </w:rPr>
      </w:pPr>
    </w:p>
    <w:p w14:paraId="58C94F4B" w14:textId="2B5229E0" w:rsidR="006B4F2B" w:rsidRDefault="00000000">
      <w:pPr>
        <w:spacing w:after="20"/>
        <w:jc w:val="center"/>
        <w:rPr>
          <w:rFonts w:ascii="Congenial Light" w:hAnsi="Congenial Light"/>
          <w:b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>MANIFESTA</w:t>
      </w:r>
    </w:p>
    <w:p w14:paraId="3A356EC8" w14:textId="77777777" w:rsidR="00B0273F" w:rsidRPr="00B0273F" w:rsidRDefault="00B0273F">
      <w:pPr>
        <w:spacing w:after="20"/>
        <w:jc w:val="center"/>
        <w:rPr>
          <w:rFonts w:ascii="Congenial Light" w:hAnsi="Congenial Light"/>
          <w:sz w:val="22"/>
          <w:lang w:val="it-IT"/>
        </w:rPr>
      </w:pPr>
    </w:p>
    <w:p w14:paraId="3DF3E210" w14:textId="77777777" w:rsidR="006B4F2B" w:rsidRPr="00B0273F" w:rsidRDefault="00000000">
      <w:pPr>
        <w:spacing w:after="40" w:line="240" w:lineRule="auto"/>
        <w:jc w:val="both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la propria disponibilità a collaborare con l’Istituto Comprensivo “V. O. Cencelli” di Sabaudia nell’ambito del progetto “Pomeriggio Sportivo”, mediante la realizzazione, a titolo completamente gratuito, di n. 8 ore complessive di attività sportiva rivolte agli alunni della scuola primaria e/o della scuola secondaria di primo grado.</w:t>
      </w:r>
    </w:p>
    <w:p w14:paraId="50345647" w14:textId="77777777" w:rsidR="006B4F2B" w:rsidRPr="00B0273F" w:rsidRDefault="00000000">
      <w:pPr>
        <w:pStyle w:val="TitoloSezione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1. DISCIPLINA SPORTIVA PROPOSTA</w:t>
      </w:r>
    </w:p>
    <w:p w14:paraId="02DED32A" w14:textId="77777777" w:rsidR="006B4F2B" w:rsidRPr="00B0273F" w:rsidRDefault="00000000">
      <w:pPr>
        <w:spacing w:after="1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Vela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Nuoto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Tennis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Rugby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Pallavolo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Canoa</w:t>
      </w:r>
    </w:p>
    <w:p w14:paraId="39579EEA" w14:textId="77777777" w:rsidR="006B4F2B" w:rsidRPr="00B0273F" w:rsidRDefault="00000000">
      <w:pPr>
        <w:spacing w:after="2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Basket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Atletica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Arti marziali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Altro: __________________________</w:t>
      </w:r>
    </w:p>
    <w:p w14:paraId="71785ABD" w14:textId="77777777" w:rsidR="006B4F2B" w:rsidRPr="00B0273F" w:rsidRDefault="00000000">
      <w:pPr>
        <w:pStyle w:val="TitoloSezione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2. DESTINATARI DELL’ATTIVITÀ</w:t>
      </w:r>
    </w:p>
    <w:p w14:paraId="313DEC70" w14:textId="77777777" w:rsidR="006B4F2B" w:rsidRPr="00B0273F" w:rsidRDefault="00000000">
      <w:pPr>
        <w:spacing w:after="2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Scuola primaria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Scuola secondaria di I grado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Entrambi gli ordini di scuola</w:t>
      </w:r>
    </w:p>
    <w:p w14:paraId="2FA44E32" w14:textId="77777777" w:rsidR="006B4F2B" w:rsidRPr="00B0273F" w:rsidRDefault="00000000">
      <w:pPr>
        <w:pStyle w:val="TitoloSezione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3. DESCRIZIONE SINTETICA DELL’ATTIVITÀ PROPOSTA</w:t>
      </w:r>
    </w:p>
    <w:p w14:paraId="4D588EE8" w14:textId="77777777" w:rsidR="006B4F2B" w:rsidRPr="00B0273F" w:rsidRDefault="00000000">
      <w:pPr>
        <w:spacing w:after="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________________________________________________________________________________________________________________</w:t>
      </w:r>
    </w:p>
    <w:p w14:paraId="596F43B4" w14:textId="77777777" w:rsidR="006B4F2B" w:rsidRPr="00B0273F" w:rsidRDefault="00000000">
      <w:pPr>
        <w:spacing w:after="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________________________________________________________________________________________________________________</w:t>
      </w:r>
    </w:p>
    <w:p w14:paraId="1C854009" w14:textId="77777777" w:rsidR="006B4F2B" w:rsidRPr="00B0273F" w:rsidRDefault="00000000">
      <w:pPr>
        <w:spacing w:after="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________________________________________________________________________________________________________________</w:t>
      </w:r>
    </w:p>
    <w:p w14:paraId="3EF66579" w14:textId="77777777" w:rsidR="006B4F2B" w:rsidRPr="00B0273F" w:rsidRDefault="00000000">
      <w:pPr>
        <w:pStyle w:val="TitoloSezione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4. DISPONIBILITÀ ORARIA</w:t>
      </w:r>
    </w:p>
    <w:p w14:paraId="0D9FA262" w14:textId="77777777" w:rsidR="006B4F2B" w:rsidRPr="00B0273F" w:rsidRDefault="00000000">
      <w:pPr>
        <w:spacing w:after="1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Si conferma la disponibilità allo svolgimento di n. 8 ore complessive di attività a titolo integralmente gratuito.</w:t>
      </w:r>
    </w:p>
    <w:p w14:paraId="402551C2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Periodo indicativamente disponibile: </w:t>
      </w:r>
      <w:r w:rsidRPr="00B0273F">
        <w:rPr>
          <w:rFonts w:ascii="Congenial Light" w:hAnsi="Congenial Light"/>
          <w:sz w:val="22"/>
          <w:lang w:val="it-IT"/>
        </w:rPr>
        <w:t>__________________________________________</w:t>
      </w:r>
    </w:p>
    <w:p w14:paraId="72BE563E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Giorni/orari preferenziali: </w:t>
      </w:r>
      <w:r w:rsidRPr="00B0273F">
        <w:rPr>
          <w:rFonts w:ascii="Congenial Light" w:hAnsi="Congenial Light"/>
          <w:sz w:val="22"/>
          <w:lang w:val="it-IT"/>
        </w:rPr>
        <w:t>_________________________________________________</w:t>
      </w:r>
    </w:p>
    <w:p w14:paraId="0AFF6F67" w14:textId="77777777" w:rsidR="006B4F2B" w:rsidRPr="00B0273F" w:rsidRDefault="00000000">
      <w:pPr>
        <w:pStyle w:val="TitoloSezione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5. SEDE DI SVOLGIMENTO</w:t>
      </w:r>
    </w:p>
    <w:p w14:paraId="04618508" w14:textId="77777777" w:rsidR="006B4F2B" w:rsidRPr="00B0273F" w:rsidRDefault="00000000">
      <w:pPr>
        <w:spacing w:after="2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Spazi/impianti della scuola, se idonei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Impianto dell</w:t>
      </w:r>
      <w:r w:rsidRPr="00B0273F">
        <w:rPr>
          <w:rFonts w:ascii="Congenial Light" w:hAnsi="Congenial Light" w:cs="Congenial Light"/>
          <w:sz w:val="22"/>
          <w:lang w:val="it-IT"/>
        </w:rPr>
        <w:t>’</w:t>
      </w:r>
      <w:r w:rsidRPr="00B0273F">
        <w:rPr>
          <w:rFonts w:ascii="Congenial Light" w:hAnsi="Congenial Light"/>
          <w:sz w:val="22"/>
          <w:lang w:val="it-IT"/>
        </w:rPr>
        <w:t>Associazione/Societ</w:t>
      </w:r>
      <w:r w:rsidRPr="00B0273F">
        <w:rPr>
          <w:rFonts w:ascii="Congenial Light" w:hAnsi="Congenial Light" w:cs="Congenial Light"/>
          <w:sz w:val="22"/>
          <w:lang w:val="it-IT"/>
        </w:rPr>
        <w:t>à</w:t>
      </w:r>
      <w:r w:rsidRPr="00B0273F">
        <w:rPr>
          <w:rFonts w:ascii="Congenial Light" w:hAnsi="Congenial Light"/>
          <w:sz w:val="22"/>
          <w:lang w:val="it-IT"/>
        </w:rPr>
        <w:t xml:space="preserve">  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Altro spazio da concordare</w:t>
      </w:r>
    </w:p>
    <w:p w14:paraId="2C3949BE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Denominazione e indirizzo dell’eventuale impianto: </w:t>
      </w:r>
      <w:r w:rsidRPr="00B0273F">
        <w:rPr>
          <w:rFonts w:ascii="Congenial Light" w:hAnsi="Congenial Light"/>
          <w:sz w:val="22"/>
          <w:lang w:val="it-IT"/>
        </w:rPr>
        <w:t>_________________________________</w:t>
      </w:r>
    </w:p>
    <w:p w14:paraId="2CCEBC97" w14:textId="77777777" w:rsidR="006B4F2B" w:rsidRPr="00B0273F" w:rsidRDefault="00000000">
      <w:pPr>
        <w:pStyle w:val="TitoloSezione"/>
        <w:rPr>
          <w:rFonts w:ascii="Congenial Light" w:hAnsi="Congenial Light"/>
          <w:sz w:val="22"/>
        </w:rPr>
      </w:pPr>
      <w:r w:rsidRPr="00B0273F">
        <w:rPr>
          <w:rFonts w:ascii="Congenial Light" w:hAnsi="Congenial Light"/>
          <w:sz w:val="22"/>
        </w:rPr>
        <w:t>6. ISTRUTTORI / OPERATORI COINVOLTI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6B4F2B" w:rsidRPr="00B0273F" w14:paraId="237A3AD0" w14:textId="77777777">
        <w:trPr>
          <w:jc w:val="center"/>
        </w:trPr>
        <w:tc>
          <w:tcPr>
            <w:tcW w:w="3400" w:type="dxa"/>
            <w:vAlign w:val="center"/>
          </w:tcPr>
          <w:p w14:paraId="1225BA09" w14:textId="77777777" w:rsidR="006B4F2B" w:rsidRPr="00B0273F" w:rsidRDefault="00000000">
            <w:pPr>
              <w:jc w:val="center"/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b/>
                <w:sz w:val="22"/>
              </w:rPr>
              <w:t>Nome e cognome</w:t>
            </w:r>
          </w:p>
        </w:tc>
        <w:tc>
          <w:tcPr>
            <w:tcW w:w="3400" w:type="dxa"/>
            <w:vAlign w:val="center"/>
          </w:tcPr>
          <w:p w14:paraId="4C5EA231" w14:textId="77777777" w:rsidR="006B4F2B" w:rsidRPr="00B0273F" w:rsidRDefault="00000000">
            <w:pPr>
              <w:jc w:val="center"/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b/>
                <w:sz w:val="22"/>
              </w:rPr>
              <w:t>Qualifica / brevetto</w:t>
            </w:r>
          </w:p>
        </w:tc>
        <w:tc>
          <w:tcPr>
            <w:tcW w:w="3400" w:type="dxa"/>
            <w:vAlign w:val="center"/>
          </w:tcPr>
          <w:p w14:paraId="6581111C" w14:textId="77777777" w:rsidR="006B4F2B" w:rsidRPr="00B0273F" w:rsidRDefault="00000000">
            <w:pPr>
              <w:jc w:val="center"/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b/>
                <w:sz w:val="22"/>
              </w:rPr>
              <w:t>Ente/Federazione di riferimento</w:t>
            </w:r>
          </w:p>
        </w:tc>
      </w:tr>
      <w:tr w:rsidR="006B4F2B" w:rsidRPr="00B0273F" w14:paraId="4D014001" w14:textId="77777777">
        <w:trPr>
          <w:jc w:val="center"/>
        </w:trPr>
        <w:tc>
          <w:tcPr>
            <w:tcW w:w="3400" w:type="dxa"/>
          </w:tcPr>
          <w:p w14:paraId="232EF6A9" w14:textId="77777777" w:rsidR="006B4F2B" w:rsidRPr="00B0273F" w:rsidRDefault="00000000">
            <w:pPr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sz w:val="22"/>
              </w:rPr>
              <w:br/>
            </w:r>
          </w:p>
        </w:tc>
        <w:tc>
          <w:tcPr>
            <w:tcW w:w="3400" w:type="dxa"/>
          </w:tcPr>
          <w:p w14:paraId="5BB9749B" w14:textId="77777777" w:rsidR="006B4F2B" w:rsidRPr="00B0273F" w:rsidRDefault="00000000">
            <w:pPr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sz w:val="22"/>
              </w:rPr>
              <w:br/>
            </w:r>
          </w:p>
        </w:tc>
        <w:tc>
          <w:tcPr>
            <w:tcW w:w="3400" w:type="dxa"/>
          </w:tcPr>
          <w:p w14:paraId="74BB3586" w14:textId="77777777" w:rsidR="006B4F2B" w:rsidRPr="00B0273F" w:rsidRDefault="00000000">
            <w:pPr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sz w:val="22"/>
              </w:rPr>
              <w:br/>
            </w:r>
          </w:p>
        </w:tc>
      </w:tr>
      <w:tr w:rsidR="006B4F2B" w:rsidRPr="00B0273F" w14:paraId="591002BC" w14:textId="77777777">
        <w:trPr>
          <w:jc w:val="center"/>
        </w:trPr>
        <w:tc>
          <w:tcPr>
            <w:tcW w:w="3400" w:type="dxa"/>
          </w:tcPr>
          <w:p w14:paraId="4401369D" w14:textId="77777777" w:rsidR="006B4F2B" w:rsidRPr="00B0273F" w:rsidRDefault="00000000">
            <w:pPr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sz w:val="22"/>
              </w:rPr>
              <w:lastRenderedPageBreak/>
              <w:br/>
            </w:r>
          </w:p>
        </w:tc>
        <w:tc>
          <w:tcPr>
            <w:tcW w:w="3400" w:type="dxa"/>
          </w:tcPr>
          <w:p w14:paraId="7D98ED1D" w14:textId="77777777" w:rsidR="006B4F2B" w:rsidRPr="00B0273F" w:rsidRDefault="00000000">
            <w:pPr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sz w:val="22"/>
              </w:rPr>
              <w:br/>
            </w:r>
          </w:p>
        </w:tc>
        <w:tc>
          <w:tcPr>
            <w:tcW w:w="3400" w:type="dxa"/>
          </w:tcPr>
          <w:p w14:paraId="6ECD67B2" w14:textId="77777777" w:rsidR="006B4F2B" w:rsidRPr="00B0273F" w:rsidRDefault="00000000">
            <w:pPr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sz w:val="22"/>
              </w:rPr>
              <w:br/>
            </w:r>
          </w:p>
        </w:tc>
      </w:tr>
    </w:tbl>
    <w:p w14:paraId="5645D5DD" w14:textId="77777777" w:rsidR="006B4F2B" w:rsidRPr="00B0273F" w:rsidRDefault="00000000">
      <w:pPr>
        <w:pStyle w:val="TitoloSezione"/>
        <w:rPr>
          <w:rFonts w:ascii="Congenial Light" w:hAnsi="Congenial Light"/>
          <w:sz w:val="22"/>
        </w:rPr>
      </w:pPr>
      <w:r w:rsidRPr="00B0273F">
        <w:rPr>
          <w:rFonts w:ascii="Congenial Light" w:hAnsi="Congenial Light"/>
          <w:sz w:val="22"/>
        </w:rPr>
        <w:t>7. ATTREZZATURE E MATERIALI</w:t>
      </w:r>
    </w:p>
    <w:p w14:paraId="502A6AE2" w14:textId="77777777" w:rsidR="006B4F2B" w:rsidRPr="00B0273F" w:rsidRDefault="00000000">
      <w:pPr>
        <w:spacing w:after="2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L’Associazione/Società mette gratuitamente a disposizione le attrezzature necessarie.   </w:t>
      </w: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Sono necessarie attrezzature della scuola.</w:t>
      </w:r>
    </w:p>
    <w:p w14:paraId="065333A7" w14:textId="77777777" w:rsidR="006B4F2B" w:rsidRPr="00B0273F" w:rsidRDefault="00000000">
      <w:pPr>
        <w:spacing w:after="30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b/>
          <w:sz w:val="22"/>
          <w:lang w:val="it-IT"/>
        </w:rPr>
        <w:t xml:space="preserve">Eventuali specifiche: </w:t>
      </w:r>
      <w:r w:rsidRPr="00B0273F">
        <w:rPr>
          <w:rFonts w:ascii="Congenial Light" w:hAnsi="Congenial Light"/>
          <w:sz w:val="22"/>
          <w:lang w:val="it-IT"/>
        </w:rPr>
        <w:t>_____________________________________________________________</w:t>
      </w:r>
    </w:p>
    <w:p w14:paraId="40F12F16" w14:textId="77777777" w:rsidR="006B4F2B" w:rsidRPr="00B0273F" w:rsidRDefault="00000000">
      <w:pPr>
        <w:pStyle w:val="TitoloSezione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8. DICHIARAZIONI</w:t>
      </w:r>
    </w:p>
    <w:p w14:paraId="7FA83947" w14:textId="77777777" w:rsidR="006B4F2B" w:rsidRPr="00B0273F" w:rsidRDefault="00000000">
      <w:pPr>
        <w:spacing w:after="2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Il/La sottoscritto/a, sotto la propria responsabilità, dichiara:</w:t>
      </w:r>
    </w:p>
    <w:p w14:paraId="73AA5446" w14:textId="77777777" w:rsidR="006B4F2B" w:rsidRPr="00B0273F" w:rsidRDefault="00000000">
      <w:pPr>
        <w:spacing w:after="1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che l’Associazione/Società è regolarmente costituita e operante nel settore sportivo indicato;</w:t>
      </w:r>
    </w:p>
    <w:p w14:paraId="686FE874" w14:textId="77777777" w:rsidR="006B4F2B" w:rsidRPr="00B0273F" w:rsidRDefault="00000000">
      <w:pPr>
        <w:spacing w:after="1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che gli istruttori/operatori sono in possesso delle qualifiche e dei requisiti necessari;</w:t>
      </w:r>
    </w:p>
    <w:p w14:paraId="2835A10E" w14:textId="77777777" w:rsidR="006B4F2B" w:rsidRPr="00B0273F" w:rsidRDefault="00000000">
      <w:pPr>
        <w:spacing w:after="1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di garantire il rispetto della normativa vigente in materia di sicurezza e tutela dei minori;</w:t>
      </w:r>
    </w:p>
    <w:p w14:paraId="2C7053AE" w14:textId="77777777" w:rsidR="006B4F2B" w:rsidRPr="00B0273F" w:rsidRDefault="00000000">
      <w:pPr>
        <w:spacing w:after="1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di garantire, ove prevista, adeguata copertura assicurativa per gli operatori coinvolti;</w:t>
      </w:r>
    </w:p>
    <w:p w14:paraId="6C46F986" w14:textId="77777777" w:rsidR="006B4F2B" w:rsidRPr="00B0273F" w:rsidRDefault="00000000">
      <w:pPr>
        <w:spacing w:after="1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che le n. 8 ore saranno rese a titolo completamente gratuito, senza oneri per la scuola o per le famiglie;</w:t>
      </w:r>
    </w:p>
    <w:p w14:paraId="79DF762C" w14:textId="77777777" w:rsidR="006B4F2B" w:rsidRPr="00B0273F" w:rsidRDefault="00000000">
      <w:pPr>
        <w:spacing w:after="1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di accettare che calendario, gruppi, modalità organizzative e sedi siano definiti d’intesa con la scuola;</w:t>
      </w:r>
    </w:p>
    <w:p w14:paraId="0CC576CA" w14:textId="77777777" w:rsidR="006B4F2B" w:rsidRPr="00B0273F" w:rsidRDefault="00000000">
      <w:pPr>
        <w:spacing w:after="10" w:line="240" w:lineRule="auto"/>
        <w:rPr>
          <w:rFonts w:ascii="Congenial Light" w:hAnsi="Congenial Light"/>
          <w:sz w:val="22"/>
          <w:lang w:val="it-IT"/>
        </w:rPr>
      </w:pPr>
      <w:r w:rsidRPr="00B0273F">
        <w:rPr>
          <w:rFonts w:ascii="Segoe UI Symbol" w:hAnsi="Segoe UI Symbol" w:cs="Segoe UI Symbol"/>
          <w:sz w:val="22"/>
          <w:lang w:val="it-IT"/>
        </w:rPr>
        <w:t>☐</w:t>
      </w:r>
      <w:r w:rsidRPr="00B0273F">
        <w:rPr>
          <w:rFonts w:ascii="Congenial Light" w:hAnsi="Congenial Light"/>
          <w:sz w:val="22"/>
          <w:lang w:val="it-IT"/>
        </w:rPr>
        <w:t xml:space="preserve"> di essere consapevole che la presente disponibilità non comporta alcun diritto alla stipula di contratti o all’affidamento di servizi a titolo oneroso.</w:t>
      </w:r>
    </w:p>
    <w:p w14:paraId="0E6AE027" w14:textId="77777777" w:rsidR="006B4F2B" w:rsidRPr="00B0273F" w:rsidRDefault="00000000">
      <w:pPr>
        <w:pStyle w:val="TitoloSezione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9. TRATTAMENTO DEI DATI</w:t>
      </w:r>
    </w:p>
    <w:p w14:paraId="3525F78F" w14:textId="77777777" w:rsidR="006B4F2B" w:rsidRPr="00B0273F" w:rsidRDefault="00000000">
      <w:pPr>
        <w:spacing w:after="80" w:line="240" w:lineRule="auto"/>
        <w:jc w:val="both"/>
        <w:rPr>
          <w:rFonts w:ascii="Congenial Light" w:hAnsi="Congenial Light"/>
          <w:sz w:val="22"/>
          <w:lang w:val="it-IT"/>
        </w:rPr>
      </w:pPr>
      <w:r w:rsidRPr="00B0273F">
        <w:rPr>
          <w:rFonts w:ascii="Congenial Light" w:hAnsi="Congenial Light"/>
          <w:sz w:val="22"/>
          <w:lang w:val="it-IT"/>
        </w:rPr>
        <w:t>Il/La sottoscritto/a autorizza il trattamento dei dati personali forniti esclusivamente per le finalità connesse alla presente procedura, nel rispetto della normativa vigente in materia di protezione dei dati personali.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B4F2B" w:rsidRPr="00B0273F" w14:paraId="01688E11" w14:textId="77777777">
        <w:trPr>
          <w:jc w:val="center"/>
        </w:trPr>
        <w:tc>
          <w:tcPr>
            <w:tcW w:w="5100" w:type="dxa"/>
          </w:tcPr>
          <w:p w14:paraId="0C96F60E" w14:textId="77777777" w:rsidR="006B4F2B" w:rsidRPr="00B0273F" w:rsidRDefault="00000000">
            <w:pPr>
              <w:jc w:val="center"/>
              <w:rPr>
                <w:rFonts w:ascii="Congenial Light" w:hAnsi="Congenial Light"/>
                <w:sz w:val="22"/>
              </w:rPr>
            </w:pPr>
            <w:proofErr w:type="spellStart"/>
            <w:r w:rsidRPr="00B0273F">
              <w:rPr>
                <w:rFonts w:ascii="Congenial Light" w:hAnsi="Congenial Light"/>
                <w:sz w:val="22"/>
              </w:rPr>
              <w:t>Luogo</w:t>
            </w:r>
            <w:proofErr w:type="spellEnd"/>
            <w:r w:rsidRPr="00B0273F">
              <w:rPr>
                <w:rFonts w:ascii="Congenial Light" w:hAnsi="Congenial Light"/>
                <w:sz w:val="22"/>
              </w:rPr>
              <w:t xml:space="preserve"> e data</w:t>
            </w:r>
          </w:p>
        </w:tc>
        <w:tc>
          <w:tcPr>
            <w:tcW w:w="5100" w:type="dxa"/>
          </w:tcPr>
          <w:p w14:paraId="166A270B" w14:textId="77777777" w:rsidR="006B4F2B" w:rsidRPr="00B0273F" w:rsidRDefault="00000000">
            <w:pPr>
              <w:jc w:val="center"/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sz w:val="22"/>
              </w:rPr>
              <w:t>Firma del Legale Rappresentante</w:t>
            </w:r>
          </w:p>
        </w:tc>
      </w:tr>
      <w:tr w:rsidR="006B4F2B" w:rsidRPr="00B0273F" w14:paraId="06997F6C" w14:textId="77777777">
        <w:trPr>
          <w:jc w:val="center"/>
        </w:trPr>
        <w:tc>
          <w:tcPr>
            <w:tcW w:w="5100" w:type="dxa"/>
          </w:tcPr>
          <w:p w14:paraId="231ED714" w14:textId="77777777" w:rsidR="006B4F2B" w:rsidRPr="00B0273F" w:rsidRDefault="00000000">
            <w:pPr>
              <w:jc w:val="center"/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sz w:val="22"/>
              </w:rPr>
              <w:br/>
              <w:t>____________________________</w:t>
            </w:r>
          </w:p>
        </w:tc>
        <w:tc>
          <w:tcPr>
            <w:tcW w:w="5100" w:type="dxa"/>
          </w:tcPr>
          <w:p w14:paraId="712DD6E2" w14:textId="77777777" w:rsidR="006B4F2B" w:rsidRPr="00B0273F" w:rsidRDefault="00000000">
            <w:pPr>
              <w:jc w:val="center"/>
              <w:rPr>
                <w:rFonts w:ascii="Congenial Light" w:hAnsi="Congenial Light"/>
                <w:sz w:val="22"/>
              </w:rPr>
            </w:pPr>
            <w:r w:rsidRPr="00B0273F">
              <w:rPr>
                <w:rFonts w:ascii="Congenial Light" w:hAnsi="Congenial Light"/>
                <w:sz w:val="22"/>
              </w:rPr>
              <w:br/>
              <w:t>____________________________</w:t>
            </w:r>
          </w:p>
        </w:tc>
      </w:tr>
    </w:tbl>
    <w:p w14:paraId="49BA0FE6" w14:textId="77777777" w:rsidR="00CB4A8A" w:rsidRPr="00B0273F" w:rsidRDefault="00CB4A8A">
      <w:pPr>
        <w:rPr>
          <w:rFonts w:ascii="Congenial Light" w:hAnsi="Congenial Light"/>
          <w:sz w:val="22"/>
        </w:rPr>
      </w:pPr>
    </w:p>
    <w:sectPr w:rsidR="00CB4A8A" w:rsidRPr="00B0273F" w:rsidSect="00034616">
      <w:pgSz w:w="12240" w:h="15840"/>
      <w:pgMar w:top="765" w:right="1020" w:bottom="76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0258684">
    <w:abstractNumId w:val="8"/>
  </w:num>
  <w:num w:numId="2" w16cid:durableId="867332806">
    <w:abstractNumId w:val="6"/>
  </w:num>
  <w:num w:numId="3" w16cid:durableId="243298635">
    <w:abstractNumId w:val="5"/>
  </w:num>
  <w:num w:numId="4" w16cid:durableId="2072848403">
    <w:abstractNumId w:val="4"/>
  </w:num>
  <w:num w:numId="5" w16cid:durableId="1412236143">
    <w:abstractNumId w:val="7"/>
  </w:num>
  <w:num w:numId="6" w16cid:durableId="214120562">
    <w:abstractNumId w:val="3"/>
  </w:num>
  <w:num w:numId="7" w16cid:durableId="271060575">
    <w:abstractNumId w:val="2"/>
  </w:num>
  <w:num w:numId="8" w16cid:durableId="489248771">
    <w:abstractNumId w:val="1"/>
  </w:num>
  <w:num w:numId="9" w16cid:durableId="38063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4F2B"/>
    <w:rsid w:val="00AA1D8D"/>
    <w:rsid w:val="00B0273F"/>
    <w:rsid w:val="00B47730"/>
    <w:rsid w:val="00C503ED"/>
    <w:rsid w:val="00CB0664"/>
    <w:rsid w:val="00CB4A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CF25A"/>
  <w14:defaultImageDpi w14:val="300"/>
  <w15:docId w15:val="{60749D1B-729D-4F2C-8E2C-F95A06AA3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oloSezione">
    <w:name w:val="TitoloSezione"/>
    <w:pPr>
      <w:spacing w:before="80" w:after="30"/>
    </w:pPr>
    <w:rPr>
      <w:rFonts w:ascii="Arial" w:hAnsi="Arial"/>
      <w:b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2</cp:revision>
  <dcterms:created xsi:type="dcterms:W3CDTF">2013-12-23T23:15:00Z</dcterms:created>
  <dcterms:modified xsi:type="dcterms:W3CDTF">2026-09-24T12:34:00Z</dcterms:modified>
  <cp:category/>
</cp:coreProperties>
</file>