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F33C4C" w14:textId="77777777" w:rsidR="00915AF2" w:rsidRPr="00747368" w:rsidRDefault="00915AF2" w:rsidP="00915AF2">
      <w:pPr>
        <w:pStyle w:val="Titolo1"/>
        <w:ind w:firstLine="720"/>
        <w:jc w:val="right"/>
        <w:rPr>
          <w:rFonts w:ascii="Congenial Light" w:hAnsi="Congenial Light"/>
          <w:color w:val="auto"/>
          <w:sz w:val="22"/>
          <w:szCs w:val="22"/>
          <w:lang w:val="it-IT"/>
        </w:rPr>
      </w:pPr>
      <w:r w:rsidRPr="00747368">
        <w:rPr>
          <w:rFonts w:ascii="Congenial Light" w:hAnsi="Congenial Light"/>
          <w:color w:val="auto"/>
          <w:sz w:val="22"/>
          <w:szCs w:val="22"/>
          <w:lang w:val="it-IT"/>
        </w:rPr>
        <w:t>AL DIRIGENTE SCOLASTICO DELL’I.C. CENCELLI DI SABAUDIA</w:t>
      </w:r>
    </w:p>
    <w:p w14:paraId="11D443F5" w14:textId="73E568D2" w:rsidR="00CF1776" w:rsidRPr="00747368" w:rsidRDefault="001D11A5" w:rsidP="00915AF2">
      <w:pPr>
        <w:pStyle w:val="Titolo1"/>
        <w:ind w:firstLine="720"/>
        <w:jc w:val="right"/>
        <w:rPr>
          <w:rFonts w:ascii="Congenial Light" w:hAnsi="Congenial Light"/>
          <w:color w:val="auto"/>
          <w:sz w:val="22"/>
          <w:szCs w:val="22"/>
          <w:lang w:val="it-IT"/>
        </w:rPr>
      </w:pPr>
      <w:r w:rsidRPr="00747368">
        <w:rPr>
          <w:rFonts w:ascii="Congenial Light" w:hAnsi="Congenial Light"/>
          <w:sz w:val="22"/>
          <w:szCs w:val="22"/>
          <w:lang w:val="it-IT"/>
        </w:rPr>
        <w:br/>
      </w:r>
      <w:r w:rsidRPr="00747368">
        <w:rPr>
          <w:rFonts w:ascii="Congenial Light" w:hAnsi="Congenial Light"/>
          <w:color w:val="auto"/>
          <w:sz w:val="22"/>
          <w:szCs w:val="22"/>
          <w:lang w:val="it-IT"/>
        </w:rPr>
        <w:t xml:space="preserve">Schema </w:t>
      </w:r>
      <w:r w:rsidR="00866611" w:rsidRPr="00747368">
        <w:rPr>
          <w:rFonts w:ascii="Congenial Light" w:hAnsi="Congenial Light"/>
          <w:color w:val="auto"/>
          <w:sz w:val="22"/>
          <w:szCs w:val="22"/>
          <w:lang w:val="it-IT"/>
        </w:rPr>
        <w:t xml:space="preserve">per comunicazioni </w:t>
      </w:r>
      <w:r w:rsidRPr="00747368">
        <w:rPr>
          <w:rFonts w:ascii="Congenial Light" w:hAnsi="Congenial Light"/>
          <w:color w:val="auto"/>
          <w:sz w:val="22"/>
          <w:szCs w:val="22"/>
          <w:lang w:val="it-IT"/>
        </w:rPr>
        <w:t>delle attività collegiali del personale docente (40 + 40 ore)</w:t>
      </w:r>
      <w:r w:rsidR="00866611" w:rsidRPr="00747368">
        <w:rPr>
          <w:rFonts w:ascii="Congenial Light" w:hAnsi="Congenial Light"/>
          <w:color w:val="auto"/>
          <w:sz w:val="22"/>
          <w:szCs w:val="22"/>
          <w:lang w:val="it-IT"/>
        </w:rPr>
        <w:t xml:space="preserve"> su più scuole</w:t>
      </w:r>
    </w:p>
    <w:p w14:paraId="212BC9B5" w14:textId="4F935BCA" w:rsidR="009F5FE2" w:rsidRPr="00747368" w:rsidRDefault="009F5FE2" w:rsidP="009F5FE2">
      <w:pPr>
        <w:rPr>
          <w:rFonts w:ascii="Congenial Light" w:hAnsi="Congenial Light" w:cstheme="majorBidi"/>
          <w:sz w:val="22"/>
          <w:lang w:val="it-IT"/>
        </w:rPr>
      </w:pPr>
      <w:r w:rsidRPr="00747368">
        <w:rPr>
          <w:rFonts w:ascii="Congenial Light" w:hAnsi="Congenial Light" w:cstheme="majorBidi"/>
          <w:sz w:val="22"/>
          <w:lang w:val="it-IT"/>
        </w:rPr>
        <w:t xml:space="preserve">(Indicare in proporzione rispetto alle ore effettuate presso il nostro Istituto le ore collegiali e i consigli di classe a cui </w:t>
      </w:r>
      <w:r w:rsidR="00915AF2" w:rsidRPr="00747368">
        <w:rPr>
          <w:rFonts w:ascii="Congenial Light" w:hAnsi="Congenial Light" w:cstheme="majorBidi"/>
          <w:sz w:val="22"/>
          <w:lang w:val="it-IT"/>
        </w:rPr>
        <w:t xml:space="preserve">si </w:t>
      </w:r>
      <w:r w:rsidR="007B3D8E" w:rsidRPr="00747368">
        <w:rPr>
          <w:rFonts w:ascii="Congenial Light" w:hAnsi="Congenial Light" w:cstheme="majorBidi"/>
          <w:sz w:val="22"/>
          <w:lang w:val="it-IT"/>
        </w:rPr>
        <w:t xml:space="preserve">prevede di </w:t>
      </w:r>
      <w:proofErr w:type="gramStart"/>
      <w:r w:rsidR="007B3D8E" w:rsidRPr="00747368">
        <w:rPr>
          <w:rFonts w:ascii="Congenial Light" w:hAnsi="Congenial Light" w:cstheme="majorBidi"/>
          <w:sz w:val="22"/>
          <w:lang w:val="it-IT"/>
        </w:rPr>
        <w:t xml:space="preserve">essere </w:t>
      </w:r>
      <w:r w:rsidR="00915AF2" w:rsidRPr="00747368">
        <w:rPr>
          <w:rFonts w:ascii="Congenial Light" w:hAnsi="Congenial Light" w:cstheme="majorBidi"/>
          <w:sz w:val="22"/>
          <w:lang w:val="it-IT"/>
        </w:rPr>
        <w:t xml:space="preserve"> presenti</w:t>
      </w:r>
      <w:proofErr w:type="gramEnd"/>
      <w:r w:rsidR="00915AF2" w:rsidRPr="00747368">
        <w:rPr>
          <w:rFonts w:ascii="Congenial Light" w:hAnsi="Congenial Light" w:cstheme="majorBidi"/>
          <w:sz w:val="22"/>
          <w:lang w:val="it-IT"/>
        </w:rPr>
        <w:t>)</w:t>
      </w:r>
    </w:p>
    <w:p w14:paraId="216F0899" w14:textId="77777777" w:rsidR="00866611" w:rsidRPr="00747368" w:rsidRDefault="001D11A5" w:rsidP="00866611">
      <w:pPr>
        <w:pStyle w:val="Titolo2"/>
        <w:rPr>
          <w:rFonts w:ascii="Congenial Light" w:hAnsi="Congenial Light"/>
          <w:color w:val="auto"/>
          <w:sz w:val="22"/>
          <w:szCs w:val="22"/>
          <w:lang w:val="it-IT"/>
        </w:rPr>
      </w:pPr>
      <w:r w:rsidRPr="00747368">
        <w:rPr>
          <w:rFonts w:ascii="Congenial Light" w:hAnsi="Congenial Light"/>
          <w:color w:val="auto"/>
          <w:sz w:val="22"/>
          <w:szCs w:val="22"/>
          <w:lang w:val="it-IT"/>
        </w:rPr>
        <w:t>Docente: ________________________________</w:t>
      </w:r>
      <w:r w:rsidRPr="00747368">
        <w:rPr>
          <w:rFonts w:ascii="Congenial Light" w:hAnsi="Congenial Light"/>
          <w:color w:val="auto"/>
          <w:sz w:val="22"/>
          <w:szCs w:val="22"/>
          <w:lang w:val="it-IT"/>
        </w:rPr>
        <w:br/>
        <w:t>Classe di concorso: ______________________</w:t>
      </w:r>
      <w:r w:rsidRPr="00747368">
        <w:rPr>
          <w:rFonts w:ascii="Congenial Light" w:hAnsi="Congenial Light"/>
          <w:color w:val="auto"/>
          <w:sz w:val="22"/>
          <w:szCs w:val="22"/>
          <w:lang w:val="it-IT"/>
        </w:rPr>
        <w:br/>
        <w:t>Anno scolastico: 2026/2027</w:t>
      </w:r>
    </w:p>
    <w:p w14:paraId="6537A60F" w14:textId="0CA7EE56" w:rsidR="00866611" w:rsidRPr="00747368" w:rsidRDefault="00866611" w:rsidP="00866611">
      <w:pPr>
        <w:pStyle w:val="Titolo2"/>
        <w:rPr>
          <w:rFonts w:ascii="Congenial Light" w:hAnsi="Congenial Light"/>
          <w:color w:val="auto"/>
          <w:sz w:val="22"/>
          <w:szCs w:val="22"/>
          <w:lang w:val="it-IT"/>
        </w:rPr>
      </w:pPr>
      <w:r w:rsidRPr="00747368">
        <w:rPr>
          <w:rFonts w:ascii="Congenial Light" w:hAnsi="Congenial Light"/>
          <w:color w:val="auto"/>
          <w:sz w:val="22"/>
          <w:szCs w:val="22"/>
          <w:lang w:val="it-IT"/>
        </w:rPr>
        <w:t>Servizio presso più scuole</w:t>
      </w:r>
    </w:p>
    <w:p w14:paraId="258B000B" w14:textId="3A5E5022" w:rsidR="00866611" w:rsidRPr="00747368" w:rsidRDefault="00866611" w:rsidP="00866611">
      <w:pPr>
        <w:rPr>
          <w:rFonts w:ascii="Congenial Light" w:hAnsi="Congenial Light" w:cstheme="majorBidi"/>
          <w:sz w:val="22"/>
          <w:lang w:val="it-IT"/>
        </w:rPr>
      </w:pPr>
      <w:r w:rsidRPr="00747368">
        <w:rPr>
          <w:rFonts w:ascii="Congenial Light" w:hAnsi="Congenial Light" w:cstheme="majorBidi"/>
          <w:sz w:val="22"/>
          <w:lang w:val="it-IT"/>
        </w:rPr>
        <w:t>Altra scuola: __________________________</w:t>
      </w:r>
      <w:r w:rsidRPr="00747368">
        <w:rPr>
          <w:rFonts w:ascii="Congenial Light" w:hAnsi="Congenial Light" w:cstheme="majorBidi"/>
          <w:sz w:val="22"/>
          <w:lang w:val="it-IT"/>
        </w:rPr>
        <w:br/>
        <w:t>Ore settimanali: __________</w:t>
      </w:r>
    </w:p>
    <w:p w14:paraId="290ADDA0" w14:textId="77777777" w:rsidR="00866611" w:rsidRPr="00747368" w:rsidRDefault="00866611">
      <w:pPr>
        <w:rPr>
          <w:rFonts w:ascii="Congenial Light" w:hAnsi="Congenial Light" w:cstheme="majorBidi"/>
          <w:sz w:val="22"/>
          <w:lang w:val="it-IT"/>
        </w:rPr>
      </w:pPr>
    </w:p>
    <w:p w14:paraId="028CCD44" w14:textId="77777777" w:rsidR="00CF1776" w:rsidRPr="00747368" w:rsidRDefault="001D11A5">
      <w:pPr>
        <w:pStyle w:val="Titolo2"/>
        <w:rPr>
          <w:rFonts w:ascii="Congenial Light" w:hAnsi="Congenial Light"/>
          <w:color w:val="auto"/>
          <w:sz w:val="22"/>
          <w:szCs w:val="22"/>
          <w:lang w:val="it-IT"/>
        </w:rPr>
      </w:pPr>
      <w:r w:rsidRPr="00747368">
        <w:rPr>
          <w:rFonts w:ascii="Congenial Light" w:hAnsi="Congenial Light"/>
          <w:color w:val="auto"/>
          <w:sz w:val="22"/>
          <w:szCs w:val="22"/>
          <w:lang w:val="it-IT"/>
        </w:rPr>
        <w:t>A. Attività collegiali (40 ore)</w:t>
      </w:r>
    </w:p>
    <w:tbl>
      <w:tblPr>
        <w:tblStyle w:val="Grigliatabella"/>
        <w:tblW w:w="9145" w:type="dxa"/>
        <w:tblLook w:val="04A0" w:firstRow="1" w:lastRow="0" w:firstColumn="1" w:lastColumn="0" w:noHBand="0" w:noVBand="1"/>
      </w:tblPr>
      <w:tblGrid>
        <w:gridCol w:w="1829"/>
        <w:gridCol w:w="1829"/>
        <w:gridCol w:w="1829"/>
        <w:gridCol w:w="1829"/>
        <w:gridCol w:w="1829"/>
      </w:tblGrid>
      <w:tr w:rsidR="00866611" w:rsidRPr="00747368" w14:paraId="3F6617EE" w14:textId="77777777" w:rsidTr="00747368">
        <w:trPr>
          <w:trHeight w:val="254"/>
        </w:trPr>
        <w:tc>
          <w:tcPr>
            <w:tcW w:w="1829" w:type="dxa"/>
          </w:tcPr>
          <w:p w14:paraId="6EAB64E5" w14:textId="77777777" w:rsidR="00866611" w:rsidRPr="00747368" w:rsidRDefault="00866611">
            <w:pPr>
              <w:rPr>
                <w:rFonts w:ascii="Congenial Light" w:hAnsi="Congenial Light" w:cstheme="majorBidi"/>
                <w:sz w:val="22"/>
              </w:rPr>
            </w:pPr>
            <w:r w:rsidRPr="00747368">
              <w:rPr>
                <w:rFonts w:ascii="Congenial Light" w:hAnsi="Congenial Light" w:cstheme="majorBidi"/>
                <w:sz w:val="22"/>
              </w:rPr>
              <w:t>N.</w:t>
            </w:r>
          </w:p>
        </w:tc>
        <w:tc>
          <w:tcPr>
            <w:tcW w:w="1829" w:type="dxa"/>
          </w:tcPr>
          <w:p w14:paraId="404A9211" w14:textId="77777777" w:rsidR="00866611" w:rsidRPr="00747368" w:rsidRDefault="00866611">
            <w:pPr>
              <w:rPr>
                <w:rFonts w:ascii="Congenial Light" w:hAnsi="Congenial Light" w:cstheme="majorBidi"/>
                <w:sz w:val="22"/>
              </w:rPr>
            </w:pPr>
            <w:proofErr w:type="spellStart"/>
            <w:r w:rsidRPr="00747368">
              <w:rPr>
                <w:rFonts w:ascii="Congenial Light" w:hAnsi="Congenial Light" w:cstheme="majorBidi"/>
                <w:sz w:val="22"/>
              </w:rPr>
              <w:t>Attività</w:t>
            </w:r>
            <w:proofErr w:type="spellEnd"/>
          </w:p>
        </w:tc>
        <w:tc>
          <w:tcPr>
            <w:tcW w:w="1829" w:type="dxa"/>
          </w:tcPr>
          <w:p w14:paraId="07D25DBC" w14:textId="77777777" w:rsidR="00866611" w:rsidRPr="00747368" w:rsidRDefault="00866611">
            <w:pPr>
              <w:rPr>
                <w:rFonts w:ascii="Congenial Light" w:hAnsi="Congenial Light" w:cstheme="majorBidi"/>
                <w:sz w:val="22"/>
              </w:rPr>
            </w:pPr>
            <w:r w:rsidRPr="00747368">
              <w:rPr>
                <w:rFonts w:ascii="Congenial Light" w:hAnsi="Congenial Light" w:cstheme="majorBidi"/>
                <w:sz w:val="22"/>
              </w:rPr>
              <w:t>Data</w:t>
            </w:r>
          </w:p>
        </w:tc>
        <w:tc>
          <w:tcPr>
            <w:tcW w:w="1829" w:type="dxa"/>
          </w:tcPr>
          <w:p w14:paraId="2C62BAAF" w14:textId="77777777" w:rsidR="00866611" w:rsidRPr="00747368" w:rsidRDefault="00866611">
            <w:pPr>
              <w:rPr>
                <w:rFonts w:ascii="Congenial Light" w:hAnsi="Congenial Light" w:cstheme="majorBidi"/>
                <w:sz w:val="22"/>
              </w:rPr>
            </w:pPr>
            <w:r w:rsidRPr="00747368">
              <w:rPr>
                <w:rFonts w:ascii="Congenial Light" w:hAnsi="Congenial Light" w:cstheme="majorBidi"/>
                <w:sz w:val="22"/>
              </w:rPr>
              <w:t>Ore</w:t>
            </w:r>
          </w:p>
        </w:tc>
        <w:tc>
          <w:tcPr>
            <w:tcW w:w="1829" w:type="dxa"/>
          </w:tcPr>
          <w:p w14:paraId="62A086B1" w14:textId="77777777" w:rsidR="00866611" w:rsidRPr="00747368" w:rsidRDefault="00866611">
            <w:pPr>
              <w:rPr>
                <w:rFonts w:ascii="Congenial Light" w:hAnsi="Congenial Light" w:cstheme="majorBidi"/>
                <w:sz w:val="22"/>
              </w:rPr>
            </w:pPr>
            <w:proofErr w:type="spellStart"/>
            <w:r w:rsidRPr="00747368">
              <w:rPr>
                <w:rFonts w:ascii="Congenial Light" w:hAnsi="Congenial Light" w:cstheme="majorBidi"/>
                <w:sz w:val="22"/>
              </w:rPr>
              <w:t>Progressivo</w:t>
            </w:r>
            <w:proofErr w:type="spellEnd"/>
          </w:p>
        </w:tc>
      </w:tr>
      <w:tr w:rsidR="00866611" w:rsidRPr="00747368" w14:paraId="0FCE8E98" w14:textId="77777777" w:rsidTr="00747368">
        <w:trPr>
          <w:trHeight w:val="254"/>
        </w:trPr>
        <w:tc>
          <w:tcPr>
            <w:tcW w:w="1829" w:type="dxa"/>
          </w:tcPr>
          <w:p w14:paraId="4AB0D389" w14:textId="77777777" w:rsidR="00866611" w:rsidRPr="00747368" w:rsidRDefault="00866611">
            <w:pPr>
              <w:rPr>
                <w:rFonts w:ascii="Congenial Light" w:hAnsi="Congenial Light" w:cstheme="majorBidi"/>
                <w:sz w:val="22"/>
              </w:rPr>
            </w:pPr>
          </w:p>
        </w:tc>
        <w:tc>
          <w:tcPr>
            <w:tcW w:w="1829" w:type="dxa"/>
          </w:tcPr>
          <w:p w14:paraId="7CB012F2" w14:textId="77777777" w:rsidR="00866611" w:rsidRPr="00747368" w:rsidRDefault="00866611">
            <w:pPr>
              <w:rPr>
                <w:rFonts w:ascii="Congenial Light" w:hAnsi="Congenial Light" w:cstheme="majorBidi"/>
                <w:sz w:val="22"/>
              </w:rPr>
            </w:pPr>
          </w:p>
        </w:tc>
        <w:tc>
          <w:tcPr>
            <w:tcW w:w="1829" w:type="dxa"/>
          </w:tcPr>
          <w:p w14:paraId="09D3C880" w14:textId="77777777" w:rsidR="00866611" w:rsidRPr="00747368" w:rsidRDefault="00866611">
            <w:pPr>
              <w:rPr>
                <w:rFonts w:ascii="Congenial Light" w:hAnsi="Congenial Light" w:cstheme="majorBidi"/>
                <w:sz w:val="22"/>
              </w:rPr>
            </w:pPr>
          </w:p>
        </w:tc>
        <w:tc>
          <w:tcPr>
            <w:tcW w:w="1829" w:type="dxa"/>
          </w:tcPr>
          <w:p w14:paraId="1CBF9046" w14:textId="77777777" w:rsidR="00866611" w:rsidRPr="00747368" w:rsidRDefault="00866611">
            <w:pPr>
              <w:rPr>
                <w:rFonts w:ascii="Congenial Light" w:hAnsi="Congenial Light" w:cstheme="majorBidi"/>
                <w:sz w:val="22"/>
              </w:rPr>
            </w:pPr>
          </w:p>
        </w:tc>
        <w:tc>
          <w:tcPr>
            <w:tcW w:w="1829" w:type="dxa"/>
          </w:tcPr>
          <w:p w14:paraId="7C0E82A0" w14:textId="77777777" w:rsidR="00866611" w:rsidRPr="00747368" w:rsidRDefault="00866611">
            <w:pPr>
              <w:rPr>
                <w:rFonts w:ascii="Congenial Light" w:hAnsi="Congenial Light" w:cstheme="majorBidi"/>
                <w:sz w:val="22"/>
              </w:rPr>
            </w:pPr>
          </w:p>
        </w:tc>
      </w:tr>
      <w:tr w:rsidR="00866611" w:rsidRPr="00747368" w14:paraId="36084DDA" w14:textId="77777777" w:rsidTr="00747368">
        <w:trPr>
          <w:trHeight w:val="254"/>
        </w:trPr>
        <w:tc>
          <w:tcPr>
            <w:tcW w:w="1829" w:type="dxa"/>
          </w:tcPr>
          <w:p w14:paraId="024114AB" w14:textId="77777777" w:rsidR="00866611" w:rsidRPr="00747368" w:rsidRDefault="00866611">
            <w:pPr>
              <w:rPr>
                <w:rFonts w:ascii="Congenial Light" w:hAnsi="Congenial Light" w:cstheme="majorBidi"/>
                <w:sz w:val="22"/>
              </w:rPr>
            </w:pPr>
          </w:p>
        </w:tc>
        <w:tc>
          <w:tcPr>
            <w:tcW w:w="1829" w:type="dxa"/>
          </w:tcPr>
          <w:p w14:paraId="15C2A77C" w14:textId="77777777" w:rsidR="00866611" w:rsidRPr="00747368" w:rsidRDefault="00866611">
            <w:pPr>
              <w:rPr>
                <w:rFonts w:ascii="Congenial Light" w:hAnsi="Congenial Light" w:cstheme="majorBidi"/>
                <w:sz w:val="22"/>
              </w:rPr>
            </w:pPr>
          </w:p>
        </w:tc>
        <w:tc>
          <w:tcPr>
            <w:tcW w:w="1829" w:type="dxa"/>
          </w:tcPr>
          <w:p w14:paraId="679FFED6" w14:textId="77777777" w:rsidR="00866611" w:rsidRPr="00747368" w:rsidRDefault="00866611">
            <w:pPr>
              <w:rPr>
                <w:rFonts w:ascii="Congenial Light" w:hAnsi="Congenial Light" w:cstheme="majorBidi"/>
                <w:sz w:val="22"/>
              </w:rPr>
            </w:pPr>
          </w:p>
        </w:tc>
        <w:tc>
          <w:tcPr>
            <w:tcW w:w="1829" w:type="dxa"/>
          </w:tcPr>
          <w:p w14:paraId="000050D5" w14:textId="77777777" w:rsidR="00866611" w:rsidRPr="00747368" w:rsidRDefault="00866611">
            <w:pPr>
              <w:rPr>
                <w:rFonts w:ascii="Congenial Light" w:hAnsi="Congenial Light" w:cstheme="majorBidi"/>
                <w:sz w:val="22"/>
              </w:rPr>
            </w:pPr>
          </w:p>
        </w:tc>
        <w:tc>
          <w:tcPr>
            <w:tcW w:w="1829" w:type="dxa"/>
          </w:tcPr>
          <w:p w14:paraId="27299CE0" w14:textId="77777777" w:rsidR="00866611" w:rsidRPr="00747368" w:rsidRDefault="00866611">
            <w:pPr>
              <w:rPr>
                <w:rFonts w:ascii="Congenial Light" w:hAnsi="Congenial Light" w:cstheme="majorBidi"/>
                <w:sz w:val="22"/>
              </w:rPr>
            </w:pPr>
          </w:p>
        </w:tc>
      </w:tr>
      <w:tr w:rsidR="00866611" w:rsidRPr="00747368" w14:paraId="2D0C4061" w14:textId="77777777" w:rsidTr="00747368">
        <w:trPr>
          <w:trHeight w:val="254"/>
        </w:trPr>
        <w:tc>
          <w:tcPr>
            <w:tcW w:w="1829" w:type="dxa"/>
          </w:tcPr>
          <w:p w14:paraId="779F756B" w14:textId="77777777" w:rsidR="00866611" w:rsidRPr="00747368" w:rsidRDefault="00866611">
            <w:pPr>
              <w:rPr>
                <w:rFonts w:ascii="Congenial Light" w:hAnsi="Congenial Light" w:cstheme="majorBidi"/>
                <w:sz w:val="22"/>
              </w:rPr>
            </w:pPr>
          </w:p>
        </w:tc>
        <w:tc>
          <w:tcPr>
            <w:tcW w:w="1829" w:type="dxa"/>
          </w:tcPr>
          <w:p w14:paraId="3B6876D1" w14:textId="77777777" w:rsidR="00866611" w:rsidRPr="00747368" w:rsidRDefault="00866611">
            <w:pPr>
              <w:rPr>
                <w:rFonts w:ascii="Congenial Light" w:hAnsi="Congenial Light" w:cstheme="majorBidi"/>
                <w:sz w:val="22"/>
              </w:rPr>
            </w:pPr>
          </w:p>
        </w:tc>
        <w:tc>
          <w:tcPr>
            <w:tcW w:w="1829" w:type="dxa"/>
          </w:tcPr>
          <w:p w14:paraId="31A30DF6" w14:textId="77777777" w:rsidR="00866611" w:rsidRPr="00747368" w:rsidRDefault="00866611">
            <w:pPr>
              <w:rPr>
                <w:rFonts w:ascii="Congenial Light" w:hAnsi="Congenial Light" w:cstheme="majorBidi"/>
                <w:sz w:val="22"/>
              </w:rPr>
            </w:pPr>
          </w:p>
        </w:tc>
        <w:tc>
          <w:tcPr>
            <w:tcW w:w="1829" w:type="dxa"/>
          </w:tcPr>
          <w:p w14:paraId="575B6EA2" w14:textId="77777777" w:rsidR="00866611" w:rsidRPr="00747368" w:rsidRDefault="00866611">
            <w:pPr>
              <w:rPr>
                <w:rFonts w:ascii="Congenial Light" w:hAnsi="Congenial Light" w:cstheme="majorBidi"/>
                <w:sz w:val="22"/>
              </w:rPr>
            </w:pPr>
          </w:p>
        </w:tc>
        <w:tc>
          <w:tcPr>
            <w:tcW w:w="1829" w:type="dxa"/>
          </w:tcPr>
          <w:p w14:paraId="69B015A4" w14:textId="77777777" w:rsidR="00866611" w:rsidRPr="00747368" w:rsidRDefault="00866611">
            <w:pPr>
              <w:rPr>
                <w:rFonts w:ascii="Congenial Light" w:hAnsi="Congenial Light" w:cstheme="majorBidi"/>
                <w:sz w:val="22"/>
              </w:rPr>
            </w:pPr>
          </w:p>
        </w:tc>
      </w:tr>
      <w:tr w:rsidR="00866611" w:rsidRPr="00747368" w14:paraId="362EBC7D" w14:textId="77777777" w:rsidTr="00747368">
        <w:trPr>
          <w:trHeight w:val="236"/>
        </w:trPr>
        <w:tc>
          <w:tcPr>
            <w:tcW w:w="1829" w:type="dxa"/>
          </w:tcPr>
          <w:p w14:paraId="4A0E9238" w14:textId="77777777" w:rsidR="00866611" w:rsidRPr="00747368" w:rsidRDefault="00866611">
            <w:pPr>
              <w:rPr>
                <w:rFonts w:ascii="Congenial Light" w:hAnsi="Congenial Light" w:cstheme="majorBidi"/>
                <w:sz w:val="22"/>
              </w:rPr>
            </w:pPr>
          </w:p>
        </w:tc>
        <w:tc>
          <w:tcPr>
            <w:tcW w:w="1829" w:type="dxa"/>
          </w:tcPr>
          <w:p w14:paraId="2C0C450A" w14:textId="77777777" w:rsidR="00866611" w:rsidRPr="00747368" w:rsidRDefault="00866611">
            <w:pPr>
              <w:rPr>
                <w:rFonts w:ascii="Congenial Light" w:hAnsi="Congenial Light" w:cstheme="majorBidi"/>
                <w:sz w:val="22"/>
              </w:rPr>
            </w:pPr>
          </w:p>
        </w:tc>
        <w:tc>
          <w:tcPr>
            <w:tcW w:w="1829" w:type="dxa"/>
          </w:tcPr>
          <w:p w14:paraId="6DC14A2D" w14:textId="77777777" w:rsidR="00866611" w:rsidRPr="00747368" w:rsidRDefault="00866611">
            <w:pPr>
              <w:rPr>
                <w:rFonts w:ascii="Congenial Light" w:hAnsi="Congenial Light" w:cstheme="majorBidi"/>
                <w:sz w:val="22"/>
              </w:rPr>
            </w:pPr>
          </w:p>
        </w:tc>
        <w:tc>
          <w:tcPr>
            <w:tcW w:w="1829" w:type="dxa"/>
          </w:tcPr>
          <w:p w14:paraId="2B478D5F" w14:textId="77777777" w:rsidR="00866611" w:rsidRPr="00747368" w:rsidRDefault="00866611">
            <w:pPr>
              <w:rPr>
                <w:rFonts w:ascii="Congenial Light" w:hAnsi="Congenial Light" w:cstheme="majorBidi"/>
                <w:sz w:val="22"/>
              </w:rPr>
            </w:pPr>
          </w:p>
        </w:tc>
        <w:tc>
          <w:tcPr>
            <w:tcW w:w="1829" w:type="dxa"/>
          </w:tcPr>
          <w:p w14:paraId="73073413" w14:textId="77777777" w:rsidR="00866611" w:rsidRPr="00747368" w:rsidRDefault="00866611">
            <w:pPr>
              <w:rPr>
                <w:rFonts w:ascii="Congenial Light" w:hAnsi="Congenial Light" w:cstheme="majorBidi"/>
                <w:sz w:val="22"/>
              </w:rPr>
            </w:pPr>
          </w:p>
        </w:tc>
      </w:tr>
      <w:tr w:rsidR="00866611" w:rsidRPr="00747368" w14:paraId="3E2530DA" w14:textId="77777777" w:rsidTr="00747368">
        <w:trPr>
          <w:trHeight w:val="254"/>
        </w:trPr>
        <w:tc>
          <w:tcPr>
            <w:tcW w:w="1829" w:type="dxa"/>
          </w:tcPr>
          <w:p w14:paraId="3A01CE5E" w14:textId="77777777" w:rsidR="00866611" w:rsidRPr="00747368" w:rsidRDefault="00866611">
            <w:pPr>
              <w:rPr>
                <w:rFonts w:ascii="Congenial Light" w:hAnsi="Congenial Light" w:cstheme="majorBidi"/>
                <w:sz w:val="22"/>
              </w:rPr>
            </w:pPr>
          </w:p>
        </w:tc>
        <w:tc>
          <w:tcPr>
            <w:tcW w:w="1829" w:type="dxa"/>
          </w:tcPr>
          <w:p w14:paraId="7256C682" w14:textId="77777777" w:rsidR="00866611" w:rsidRPr="00747368" w:rsidRDefault="00866611">
            <w:pPr>
              <w:rPr>
                <w:rFonts w:ascii="Congenial Light" w:hAnsi="Congenial Light" w:cstheme="majorBidi"/>
                <w:sz w:val="22"/>
              </w:rPr>
            </w:pPr>
          </w:p>
        </w:tc>
        <w:tc>
          <w:tcPr>
            <w:tcW w:w="1829" w:type="dxa"/>
          </w:tcPr>
          <w:p w14:paraId="060A6BAE" w14:textId="77777777" w:rsidR="00866611" w:rsidRPr="00747368" w:rsidRDefault="00866611">
            <w:pPr>
              <w:rPr>
                <w:rFonts w:ascii="Congenial Light" w:hAnsi="Congenial Light" w:cstheme="majorBidi"/>
                <w:sz w:val="22"/>
              </w:rPr>
            </w:pPr>
          </w:p>
        </w:tc>
        <w:tc>
          <w:tcPr>
            <w:tcW w:w="1829" w:type="dxa"/>
          </w:tcPr>
          <w:p w14:paraId="58D1AED4" w14:textId="77777777" w:rsidR="00866611" w:rsidRPr="00747368" w:rsidRDefault="00866611">
            <w:pPr>
              <w:rPr>
                <w:rFonts w:ascii="Congenial Light" w:hAnsi="Congenial Light" w:cstheme="majorBidi"/>
                <w:sz w:val="22"/>
              </w:rPr>
            </w:pPr>
          </w:p>
        </w:tc>
        <w:tc>
          <w:tcPr>
            <w:tcW w:w="1829" w:type="dxa"/>
          </w:tcPr>
          <w:p w14:paraId="7F2CD2D4" w14:textId="77777777" w:rsidR="00866611" w:rsidRPr="00747368" w:rsidRDefault="00866611">
            <w:pPr>
              <w:rPr>
                <w:rFonts w:ascii="Congenial Light" w:hAnsi="Congenial Light" w:cstheme="majorBidi"/>
                <w:sz w:val="22"/>
              </w:rPr>
            </w:pPr>
          </w:p>
        </w:tc>
      </w:tr>
      <w:tr w:rsidR="00866611" w:rsidRPr="00747368" w14:paraId="700327DA" w14:textId="77777777" w:rsidTr="00747368">
        <w:trPr>
          <w:trHeight w:val="254"/>
        </w:trPr>
        <w:tc>
          <w:tcPr>
            <w:tcW w:w="1829" w:type="dxa"/>
          </w:tcPr>
          <w:p w14:paraId="33CFE659" w14:textId="77777777" w:rsidR="00866611" w:rsidRPr="00747368" w:rsidRDefault="00866611">
            <w:pPr>
              <w:rPr>
                <w:rFonts w:ascii="Congenial Light" w:hAnsi="Congenial Light" w:cstheme="majorBidi"/>
                <w:sz w:val="22"/>
              </w:rPr>
            </w:pPr>
          </w:p>
        </w:tc>
        <w:tc>
          <w:tcPr>
            <w:tcW w:w="1829" w:type="dxa"/>
          </w:tcPr>
          <w:p w14:paraId="49C4C54A" w14:textId="77777777" w:rsidR="00866611" w:rsidRPr="00747368" w:rsidRDefault="00866611">
            <w:pPr>
              <w:rPr>
                <w:rFonts w:ascii="Congenial Light" w:hAnsi="Congenial Light" w:cstheme="majorBidi"/>
                <w:sz w:val="22"/>
              </w:rPr>
            </w:pPr>
          </w:p>
        </w:tc>
        <w:tc>
          <w:tcPr>
            <w:tcW w:w="1829" w:type="dxa"/>
          </w:tcPr>
          <w:p w14:paraId="1CD1835F" w14:textId="77777777" w:rsidR="00866611" w:rsidRPr="00747368" w:rsidRDefault="00866611">
            <w:pPr>
              <w:rPr>
                <w:rFonts w:ascii="Congenial Light" w:hAnsi="Congenial Light" w:cstheme="majorBidi"/>
                <w:sz w:val="22"/>
              </w:rPr>
            </w:pPr>
          </w:p>
        </w:tc>
        <w:tc>
          <w:tcPr>
            <w:tcW w:w="1829" w:type="dxa"/>
          </w:tcPr>
          <w:p w14:paraId="2CA9A509" w14:textId="77777777" w:rsidR="00866611" w:rsidRPr="00747368" w:rsidRDefault="00866611">
            <w:pPr>
              <w:rPr>
                <w:rFonts w:ascii="Congenial Light" w:hAnsi="Congenial Light" w:cstheme="majorBidi"/>
                <w:sz w:val="22"/>
              </w:rPr>
            </w:pPr>
          </w:p>
        </w:tc>
        <w:tc>
          <w:tcPr>
            <w:tcW w:w="1829" w:type="dxa"/>
          </w:tcPr>
          <w:p w14:paraId="032D15BA" w14:textId="77777777" w:rsidR="00866611" w:rsidRPr="00747368" w:rsidRDefault="00866611">
            <w:pPr>
              <w:rPr>
                <w:rFonts w:ascii="Congenial Light" w:hAnsi="Congenial Light" w:cstheme="majorBidi"/>
                <w:sz w:val="22"/>
              </w:rPr>
            </w:pPr>
          </w:p>
        </w:tc>
      </w:tr>
      <w:tr w:rsidR="00866611" w:rsidRPr="00747368" w14:paraId="643CED64" w14:textId="77777777" w:rsidTr="00747368">
        <w:trPr>
          <w:trHeight w:val="254"/>
        </w:trPr>
        <w:tc>
          <w:tcPr>
            <w:tcW w:w="1829" w:type="dxa"/>
          </w:tcPr>
          <w:p w14:paraId="441CC038" w14:textId="77777777" w:rsidR="00866611" w:rsidRPr="00747368" w:rsidRDefault="00866611">
            <w:pPr>
              <w:rPr>
                <w:rFonts w:ascii="Congenial Light" w:hAnsi="Congenial Light" w:cstheme="majorBidi"/>
                <w:sz w:val="22"/>
              </w:rPr>
            </w:pPr>
          </w:p>
        </w:tc>
        <w:tc>
          <w:tcPr>
            <w:tcW w:w="1829" w:type="dxa"/>
          </w:tcPr>
          <w:p w14:paraId="1E06FF16" w14:textId="77777777" w:rsidR="00866611" w:rsidRPr="00747368" w:rsidRDefault="00866611">
            <w:pPr>
              <w:rPr>
                <w:rFonts w:ascii="Congenial Light" w:hAnsi="Congenial Light" w:cstheme="majorBidi"/>
                <w:sz w:val="22"/>
              </w:rPr>
            </w:pPr>
          </w:p>
        </w:tc>
        <w:tc>
          <w:tcPr>
            <w:tcW w:w="1829" w:type="dxa"/>
          </w:tcPr>
          <w:p w14:paraId="0D74A133" w14:textId="77777777" w:rsidR="00866611" w:rsidRPr="00747368" w:rsidRDefault="00866611">
            <w:pPr>
              <w:rPr>
                <w:rFonts w:ascii="Congenial Light" w:hAnsi="Congenial Light" w:cstheme="majorBidi"/>
                <w:sz w:val="22"/>
              </w:rPr>
            </w:pPr>
          </w:p>
        </w:tc>
        <w:tc>
          <w:tcPr>
            <w:tcW w:w="1829" w:type="dxa"/>
          </w:tcPr>
          <w:p w14:paraId="4E58C977" w14:textId="77777777" w:rsidR="00866611" w:rsidRPr="00747368" w:rsidRDefault="00866611">
            <w:pPr>
              <w:rPr>
                <w:rFonts w:ascii="Congenial Light" w:hAnsi="Congenial Light" w:cstheme="majorBidi"/>
                <w:sz w:val="22"/>
              </w:rPr>
            </w:pPr>
          </w:p>
        </w:tc>
        <w:tc>
          <w:tcPr>
            <w:tcW w:w="1829" w:type="dxa"/>
          </w:tcPr>
          <w:p w14:paraId="3F35ACF4" w14:textId="77777777" w:rsidR="00866611" w:rsidRPr="00747368" w:rsidRDefault="00866611">
            <w:pPr>
              <w:rPr>
                <w:rFonts w:ascii="Congenial Light" w:hAnsi="Congenial Light" w:cstheme="majorBidi"/>
                <w:sz w:val="22"/>
              </w:rPr>
            </w:pPr>
          </w:p>
        </w:tc>
      </w:tr>
      <w:tr w:rsidR="00866611" w:rsidRPr="00747368" w14:paraId="6BF7104C" w14:textId="77777777" w:rsidTr="00747368">
        <w:trPr>
          <w:trHeight w:val="254"/>
        </w:trPr>
        <w:tc>
          <w:tcPr>
            <w:tcW w:w="1829" w:type="dxa"/>
          </w:tcPr>
          <w:p w14:paraId="106C0CB1" w14:textId="77777777" w:rsidR="00866611" w:rsidRPr="00747368" w:rsidRDefault="00866611">
            <w:pPr>
              <w:rPr>
                <w:rFonts w:ascii="Congenial Light" w:hAnsi="Congenial Light" w:cstheme="majorBidi"/>
                <w:sz w:val="22"/>
              </w:rPr>
            </w:pPr>
          </w:p>
        </w:tc>
        <w:tc>
          <w:tcPr>
            <w:tcW w:w="1829" w:type="dxa"/>
          </w:tcPr>
          <w:p w14:paraId="1C2FA357" w14:textId="77777777" w:rsidR="00866611" w:rsidRPr="00747368" w:rsidRDefault="00866611">
            <w:pPr>
              <w:rPr>
                <w:rFonts w:ascii="Congenial Light" w:hAnsi="Congenial Light" w:cstheme="majorBidi"/>
                <w:sz w:val="22"/>
              </w:rPr>
            </w:pPr>
          </w:p>
        </w:tc>
        <w:tc>
          <w:tcPr>
            <w:tcW w:w="1829" w:type="dxa"/>
          </w:tcPr>
          <w:p w14:paraId="6A9A0D8E" w14:textId="77777777" w:rsidR="00866611" w:rsidRPr="00747368" w:rsidRDefault="00866611">
            <w:pPr>
              <w:rPr>
                <w:rFonts w:ascii="Congenial Light" w:hAnsi="Congenial Light" w:cstheme="majorBidi"/>
                <w:sz w:val="22"/>
              </w:rPr>
            </w:pPr>
          </w:p>
        </w:tc>
        <w:tc>
          <w:tcPr>
            <w:tcW w:w="1829" w:type="dxa"/>
          </w:tcPr>
          <w:p w14:paraId="3306EF55" w14:textId="77777777" w:rsidR="00866611" w:rsidRPr="00747368" w:rsidRDefault="00866611">
            <w:pPr>
              <w:rPr>
                <w:rFonts w:ascii="Congenial Light" w:hAnsi="Congenial Light" w:cstheme="majorBidi"/>
                <w:sz w:val="22"/>
              </w:rPr>
            </w:pPr>
          </w:p>
        </w:tc>
        <w:tc>
          <w:tcPr>
            <w:tcW w:w="1829" w:type="dxa"/>
          </w:tcPr>
          <w:p w14:paraId="2C185530" w14:textId="77777777" w:rsidR="00866611" w:rsidRPr="00747368" w:rsidRDefault="00866611">
            <w:pPr>
              <w:rPr>
                <w:rFonts w:ascii="Congenial Light" w:hAnsi="Congenial Light" w:cstheme="majorBidi"/>
                <w:sz w:val="22"/>
              </w:rPr>
            </w:pPr>
          </w:p>
        </w:tc>
      </w:tr>
      <w:tr w:rsidR="00866611" w:rsidRPr="00747368" w14:paraId="2A7F0601" w14:textId="77777777" w:rsidTr="00747368">
        <w:trPr>
          <w:trHeight w:val="254"/>
        </w:trPr>
        <w:tc>
          <w:tcPr>
            <w:tcW w:w="1829" w:type="dxa"/>
          </w:tcPr>
          <w:p w14:paraId="003934A4" w14:textId="77777777" w:rsidR="00866611" w:rsidRPr="00747368" w:rsidRDefault="00866611">
            <w:pPr>
              <w:rPr>
                <w:rFonts w:ascii="Congenial Light" w:hAnsi="Congenial Light" w:cstheme="majorBidi"/>
                <w:sz w:val="22"/>
              </w:rPr>
            </w:pPr>
          </w:p>
        </w:tc>
        <w:tc>
          <w:tcPr>
            <w:tcW w:w="1829" w:type="dxa"/>
          </w:tcPr>
          <w:p w14:paraId="2DA522F7" w14:textId="77777777" w:rsidR="00866611" w:rsidRPr="00747368" w:rsidRDefault="00866611">
            <w:pPr>
              <w:rPr>
                <w:rFonts w:ascii="Congenial Light" w:hAnsi="Congenial Light" w:cstheme="majorBidi"/>
                <w:sz w:val="22"/>
              </w:rPr>
            </w:pPr>
          </w:p>
        </w:tc>
        <w:tc>
          <w:tcPr>
            <w:tcW w:w="1829" w:type="dxa"/>
          </w:tcPr>
          <w:p w14:paraId="333B17BA" w14:textId="77777777" w:rsidR="00866611" w:rsidRPr="00747368" w:rsidRDefault="00866611">
            <w:pPr>
              <w:rPr>
                <w:rFonts w:ascii="Congenial Light" w:hAnsi="Congenial Light" w:cstheme="majorBidi"/>
                <w:sz w:val="22"/>
              </w:rPr>
            </w:pPr>
          </w:p>
        </w:tc>
        <w:tc>
          <w:tcPr>
            <w:tcW w:w="1829" w:type="dxa"/>
          </w:tcPr>
          <w:p w14:paraId="7D0A130F" w14:textId="77777777" w:rsidR="00866611" w:rsidRPr="00747368" w:rsidRDefault="00866611">
            <w:pPr>
              <w:rPr>
                <w:rFonts w:ascii="Congenial Light" w:hAnsi="Congenial Light" w:cstheme="majorBidi"/>
                <w:sz w:val="22"/>
              </w:rPr>
            </w:pPr>
          </w:p>
        </w:tc>
        <w:tc>
          <w:tcPr>
            <w:tcW w:w="1829" w:type="dxa"/>
          </w:tcPr>
          <w:p w14:paraId="068A1426" w14:textId="77777777" w:rsidR="00866611" w:rsidRPr="00747368" w:rsidRDefault="00866611">
            <w:pPr>
              <w:rPr>
                <w:rFonts w:ascii="Congenial Light" w:hAnsi="Congenial Light" w:cstheme="majorBidi"/>
                <w:sz w:val="22"/>
              </w:rPr>
            </w:pPr>
          </w:p>
        </w:tc>
      </w:tr>
      <w:tr w:rsidR="00866611" w:rsidRPr="00747368" w14:paraId="1C56E34E" w14:textId="77777777" w:rsidTr="00747368">
        <w:trPr>
          <w:trHeight w:val="236"/>
        </w:trPr>
        <w:tc>
          <w:tcPr>
            <w:tcW w:w="1829" w:type="dxa"/>
          </w:tcPr>
          <w:p w14:paraId="661612ED" w14:textId="77777777" w:rsidR="00866611" w:rsidRPr="00747368" w:rsidRDefault="00866611">
            <w:pPr>
              <w:rPr>
                <w:rFonts w:ascii="Congenial Light" w:hAnsi="Congenial Light" w:cstheme="majorBidi"/>
                <w:sz w:val="22"/>
              </w:rPr>
            </w:pPr>
          </w:p>
        </w:tc>
        <w:tc>
          <w:tcPr>
            <w:tcW w:w="1829" w:type="dxa"/>
          </w:tcPr>
          <w:p w14:paraId="77E101A2" w14:textId="77777777" w:rsidR="00866611" w:rsidRPr="00747368" w:rsidRDefault="00866611">
            <w:pPr>
              <w:rPr>
                <w:rFonts w:ascii="Congenial Light" w:hAnsi="Congenial Light" w:cstheme="majorBidi"/>
                <w:sz w:val="22"/>
              </w:rPr>
            </w:pPr>
          </w:p>
        </w:tc>
        <w:tc>
          <w:tcPr>
            <w:tcW w:w="1829" w:type="dxa"/>
          </w:tcPr>
          <w:p w14:paraId="0E08A781" w14:textId="77777777" w:rsidR="00866611" w:rsidRPr="00747368" w:rsidRDefault="00866611">
            <w:pPr>
              <w:rPr>
                <w:rFonts w:ascii="Congenial Light" w:hAnsi="Congenial Light" w:cstheme="majorBidi"/>
                <w:sz w:val="22"/>
              </w:rPr>
            </w:pPr>
          </w:p>
        </w:tc>
        <w:tc>
          <w:tcPr>
            <w:tcW w:w="1829" w:type="dxa"/>
          </w:tcPr>
          <w:p w14:paraId="7D0EB8E1" w14:textId="77777777" w:rsidR="00866611" w:rsidRPr="00747368" w:rsidRDefault="00866611">
            <w:pPr>
              <w:rPr>
                <w:rFonts w:ascii="Congenial Light" w:hAnsi="Congenial Light" w:cstheme="majorBidi"/>
                <w:sz w:val="22"/>
              </w:rPr>
            </w:pPr>
          </w:p>
        </w:tc>
        <w:tc>
          <w:tcPr>
            <w:tcW w:w="1829" w:type="dxa"/>
          </w:tcPr>
          <w:p w14:paraId="38D798B5" w14:textId="77777777" w:rsidR="00866611" w:rsidRPr="00747368" w:rsidRDefault="00866611">
            <w:pPr>
              <w:rPr>
                <w:rFonts w:ascii="Congenial Light" w:hAnsi="Congenial Light" w:cstheme="majorBidi"/>
                <w:sz w:val="22"/>
              </w:rPr>
            </w:pPr>
          </w:p>
        </w:tc>
      </w:tr>
    </w:tbl>
    <w:p w14:paraId="4C5AFB08" w14:textId="291D46E6" w:rsidR="00CF1776" w:rsidRPr="00747368" w:rsidRDefault="00CF1776">
      <w:pPr>
        <w:rPr>
          <w:rFonts w:ascii="Congenial Light" w:hAnsi="Congenial Light" w:cstheme="majorBidi"/>
          <w:sz w:val="22"/>
        </w:rPr>
      </w:pPr>
    </w:p>
    <w:p w14:paraId="595D379F" w14:textId="77777777" w:rsidR="00CF1776" w:rsidRPr="00747368" w:rsidRDefault="001D11A5">
      <w:pPr>
        <w:pStyle w:val="Titolo2"/>
        <w:rPr>
          <w:rFonts w:ascii="Congenial Light" w:hAnsi="Congenial Light"/>
          <w:color w:val="auto"/>
          <w:sz w:val="22"/>
          <w:szCs w:val="22"/>
          <w:lang w:val="it-IT"/>
        </w:rPr>
      </w:pPr>
      <w:r w:rsidRPr="00747368">
        <w:rPr>
          <w:rFonts w:ascii="Congenial Light" w:hAnsi="Congenial Light"/>
          <w:color w:val="auto"/>
          <w:sz w:val="22"/>
          <w:szCs w:val="22"/>
          <w:lang w:val="it-IT"/>
        </w:rPr>
        <w:t>B. Consigli di classe/interclasse/intersezione (40 ore)</w:t>
      </w:r>
    </w:p>
    <w:tbl>
      <w:tblPr>
        <w:tblStyle w:val="Grigliatabella"/>
        <w:tblW w:w="9360" w:type="dxa"/>
        <w:tblLook w:val="04A0" w:firstRow="1" w:lastRow="0" w:firstColumn="1" w:lastColumn="0" w:noHBand="0" w:noVBand="1"/>
      </w:tblPr>
      <w:tblGrid>
        <w:gridCol w:w="1872"/>
        <w:gridCol w:w="1872"/>
        <w:gridCol w:w="1872"/>
        <w:gridCol w:w="1871"/>
        <w:gridCol w:w="1873"/>
      </w:tblGrid>
      <w:tr w:rsidR="00CF1776" w:rsidRPr="00747368" w14:paraId="61852F4B" w14:textId="77777777" w:rsidTr="00747368">
        <w:trPr>
          <w:trHeight w:val="254"/>
        </w:trPr>
        <w:tc>
          <w:tcPr>
            <w:tcW w:w="1872" w:type="dxa"/>
          </w:tcPr>
          <w:p w14:paraId="682BC72B" w14:textId="77777777" w:rsidR="00CF1776" w:rsidRPr="00747368" w:rsidRDefault="001D11A5">
            <w:pPr>
              <w:rPr>
                <w:rFonts w:ascii="Congenial Light" w:hAnsi="Congenial Light" w:cstheme="majorBidi"/>
                <w:sz w:val="22"/>
              </w:rPr>
            </w:pPr>
            <w:r w:rsidRPr="00747368">
              <w:rPr>
                <w:rFonts w:ascii="Congenial Light" w:hAnsi="Congenial Light" w:cstheme="majorBidi"/>
                <w:sz w:val="22"/>
              </w:rPr>
              <w:t>Classe</w:t>
            </w:r>
          </w:p>
        </w:tc>
        <w:tc>
          <w:tcPr>
            <w:tcW w:w="1872" w:type="dxa"/>
          </w:tcPr>
          <w:p w14:paraId="7284B8D9" w14:textId="77777777" w:rsidR="00CF1776" w:rsidRPr="00747368" w:rsidRDefault="001D11A5">
            <w:pPr>
              <w:rPr>
                <w:rFonts w:ascii="Congenial Light" w:hAnsi="Congenial Light" w:cstheme="majorBidi"/>
                <w:sz w:val="22"/>
              </w:rPr>
            </w:pPr>
            <w:r w:rsidRPr="00747368">
              <w:rPr>
                <w:rFonts w:ascii="Congenial Light" w:hAnsi="Congenial Light" w:cstheme="majorBidi"/>
                <w:sz w:val="22"/>
              </w:rPr>
              <w:t>Data</w:t>
            </w:r>
          </w:p>
        </w:tc>
        <w:tc>
          <w:tcPr>
            <w:tcW w:w="1872" w:type="dxa"/>
          </w:tcPr>
          <w:p w14:paraId="68B4632D" w14:textId="77777777" w:rsidR="00CF1776" w:rsidRPr="00747368" w:rsidRDefault="001D11A5">
            <w:pPr>
              <w:rPr>
                <w:rFonts w:ascii="Congenial Light" w:hAnsi="Congenial Light" w:cstheme="majorBidi"/>
                <w:sz w:val="22"/>
              </w:rPr>
            </w:pPr>
            <w:proofErr w:type="spellStart"/>
            <w:r w:rsidRPr="00747368">
              <w:rPr>
                <w:rFonts w:ascii="Congenial Light" w:hAnsi="Congenial Light" w:cstheme="majorBidi"/>
                <w:sz w:val="22"/>
              </w:rPr>
              <w:t>Attività</w:t>
            </w:r>
            <w:proofErr w:type="spellEnd"/>
          </w:p>
        </w:tc>
        <w:tc>
          <w:tcPr>
            <w:tcW w:w="1871" w:type="dxa"/>
          </w:tcPr>
          <w:p w14:paraId="6B4DA969" w14:textId="77777777" w:rsidR="00CF1776" w:rsidRPr="00747368" w:rsidRDefault="001D11A5">
            <w:pPr>
              <w:rPr>
                <w:rFonts w:ascii="Congenial Light" w:hAnsi="Congenial Light" w:cstheme="majorBidi"/>
                <w:sz w:val="22"/>
              </w:rPr>
            </w:pPr>
            <w:r w:rsidRPr="00747368">
              <w:rPr>
                <w:rFonts w:ascii="Congenial Light" w:hAnsi="Congenial Light" w:cstheme="majorBidi"/>
                <w:sz w:val="22"/>
              </w:rPr>
              <w:t>Ore</w:t>
            </w:r>
          </w:p>
        </w:tc>
        <w:tc>
          <w:tcPr>
            <w:tcW w:w="1873" w:type="dxa"/>
          </w:tcPr>
          <w:p w14:paraId="1D6908D9" w14:textId="77777777" w:rsidR="00CF1776" w:rsidRPr="00747368" w:rsidRDefault="001D11A5">
            <w:pPr>
              <w:rPr>
                <w:rFonts w:ascii="Congenial Light" w:hAnsi="Congenial Light" w:cstheme="majorBidi"/>
                <w:sz w:val="22"/>
              </w:rPr>
            </w:pPr>
            <w:proofErr w:type="spellStart"/>
            <w:r w:rsidRPr="00747368">
              <w:rPr>
                <w:rFonts w:ascii="Congenial Light" w:hAnsi="Congenial Light" w:cstheme="majorBidi"/>
                <w:sz w:val="22"/>
              </w:rPr>
              <w:t>Progressivo</w:t>
            </w:r>
            <w:proofErr w:type="spellEnd"/>
          </w:p>
        </w:tc>
      </w:tr>
      <w:tr w:rsidR="00CF1776" w:rsidRPr="00747368" w14:paraId="41547EDA" w14:textId="77777777" w:rsidTr="00747368">
        <w:trPr>
          <w:trHeight w:val="254"/>
        </w:trPr>
        <w:tc>
          <w:tcPr>
            <w:tcW w:w="1872" w:type="dxa"/>
          </w:tcPr>
          <w:p w14:paraId="4D742E81" w14:textId="77777777" w:rsidR="00CF1776" w:rsidRPr="00747368" w:rsidRDefault="00CF1776">
            <w:pPr>
              <w:rPr>
                <w:rFonts w:ascii="Congenial Light" w:hAnsi="Congenial Light" w:cstheme="majorBidi"/>
                <w:sz w:val="22"/>
              </w:rPr>
            </w:pPr>
          </w:p>
        </w:tc>
        <w:tc>
          <w:tcPr>
            <w:tcW w:w="1872" w:type="dxa"/>
          </w:tcPr>
          <w:p w14:paraId="7D28F808" w14:textId="77777777" w:rsidR="00CF1776" w:rsidRPr="00747368" w:rsidRDefault="00CF1776">
            <w:pPr>
              <w:rPr>
                <w:rFonts w:ascii="Congenial Light" w:hAnsi="Congenial Light" w:cstheme="majorBidi"/>
                <w:sz w:val="22"/>
              </w:rPr>
            </w:pPr>
          </w:p>
        </w:tc>
        <w:tc>
          <w:tcPr>
            <w:tcW w:w="1872" w:type="dxa"/>
          </w:tcPr>
          <w:p w14:paraId="27C03DB3" w14:textId="77777777" w:rsidR="00CF1776" w:rsidRPr="00747368" w:rsidRDefault="00CF1776">
            <w:pPr>
              <w:rPr>
                <w:rFonts w:ascii="Congenial Light" w:hAnsi="Congenial Light" w:cstheme="majorBidi"/>
                <w:sz w:val="22"/>
              </w:rPr>
            </w:pPr>
          </w:p>
        </w:tc>
        <w:tc>
          <w:tcPr>
            <w:tcW w:w="1871" w:type="dxa"/>
          </w:tcPr>
          <w:p w14:paraId="150BB9FF" w14:textId="77777777" w:rsidR="00CF1776" w:rsidRPr="00747368" w:rsidRDefault="00CF1776">
            <w:pPr>
              <w:rPr>
                <w:rFonts w:ascii="Congenial Light" w:hAnsi="Congenial Light" w:cstheme="majorBidi"/>
                <w:sz w:val="22"/>
              </w:rPr>
            </w:pPr>
          </w:p>
        </w:tc>
        <w:tc>
          <w:tcPr>
            <w:tcW w:w="1873" w:type="dxa"/>
          </w:tcPr>
          <w:p w14:paraId="7DEB276D" w14:textId="77777777" w:rsidR="00CF1776" w:rsidRPr="00747368" w:rsidRDefault="00CF1776">
            <w:pPr>
              <w:rPr>
                <w:rFonts w:ascii="Congenial Light" w:hAnsi="Congenial Light" w:cstheme="majorBidi"/>
                <w:sz w:val="22"/>
              </w:rPr>
            </w:pPr>
          </w:p>
        </w:tc>
      </w:tr>
      <w:tr w:rsidR="00CF1776" w:rsidRPr="00747368" w14:paraId="32CF34EB" w14:textId="77777777" w:rsidTr="00747368">
        <w:trPr>
          <w:trHeight w:val="254"/>
        </w:trPr>
        <w:tc>
          <w:tcPr>
            <w:tcW w:w="1872" w:type="dxa"/>
          </w:tcPr>
          <w:p w14:paraId="61934D95" w14:textId="77777777" w:rsidR="00CF1776" w:rsidRPr="00747368" w:rsidRDefault="00CF1776">
            <w:pPr>
              <w:rPr>
                <w:rFonts w:ascii="Congenial Light" w:hAnsi="Congenial Light" w:cstheme="majorBidi"/>
                <w:sz w:val="22"/>
              </w:rPr>
            </w:pPr>
          </w:p>
        </w:tc>
        <w:tc>
          <w:tcPr>
            <w:tcW w:w="1872" w:type="dxa"/>
          </w:tcPr>
          <w:p w14:paraId="6B14258B" w14:textId="77777777" w:rsidR="00CF1776" w:rsidRPr="00747368" w:rsidRDefault="00CF1776">
            <w:pPr>
              <w:rPr>
                <w:rFonts w:ascii="Congenial Light" w:hAnsi="Congenial Light" w:cstheme="majorBidi"/>
                <w:sz w:val="22"/>
              </w:rPr>
            </w:pPr>
          </w:p>
        </w:tc>
        <w:tc>
          <w:tcPr>
            <w:tcW w:w="1872" w:type="dxa"/>
          </w:tcPr>
          <w:p w14:paraId="7EF12C38" w14:textId="77777777" w:rsidR="00CF1776" w:rsidRPr="00747368" w:rsidRDefault="00CF1776">
            <w:pPr>
              <w:rPr>
                <w:rFonts w:ascii="Congenial Light" w:hAnsi="Congenial Light" w:cstheme="majorBidi"/>
                <w:sz w:val="22"/>
              </w:rPr>
            </w:pPr>
          </w:p>
        </w:tc>
        <w:tc>
          <w:tcPr>
            <w:tcW w:w="1871" w:type="dxa"/>
          </w:tcPr>
          <w:p w14:paraId="053A61C0" w14:textId="77777777" w:rsidR="00CF1776" w:rsidRPr="00747368" w:rsidRDefault="00CF1776">
            <w:pPr>
              <w:rPr>
                <w:rFonts w:ascii="Congenial Light" w:hAnsi="Congenial Light" w:cstheme="majorBidi"/>
                <w:sz w:val="22"/>
              </w:rPr>
            </w:pPr>
          </w:p>
        </w:tc>
        <w:tc>
          <w:tcPr>
            <w:tcW w:w="1873" w:type="dxa"/>
          </w:tcPr>
          <w:p w14:paraId="2BC4AA8A" w14:textId="77777777" w:rsidR="00CF1776" w:rsidRPr="00747368" w:rsidRDefault="00CF1776">
            <w:pPr>
              <w:rPr>
                <w:rFonts w:ascii="Congenial Light" w:hAnsi="Congenial Light" w:cstheme="majorBidi"/>
                <w:sz w:val="22"/>
              </w:rPr>
            </w:pPr>
          </w:p>
        </w:tc>
      </w:tr>
      <w:tr w:rsidR="00CF1776" w:rsidRPr="00747368" w14:paraId="4EC1A629" w14:textId="77777777" w:rsidTr="00747368">
        <w:trPr>
          <w:trHeight w:val="254"/>
        </w:trPr>
        <w:tc>
          <w:tcPr>
            <w:tcW w:w="1872" w:type="dxa"/>
          </w:tcPr>
          <w:p w14:paraId="522DEB78" w14:textId="77777777" w:rsidR="00CF1776" w:rsidRPr="00747368" w:rsidRDefault="00CF1776">
            <w:pPr>
              <w:rPr>
                <w:rFonts w:ascii="Congenial Light" w:hAnsi="Congenial Light" w:cstheme="majorBidi"/>
                <w:sz w:val="22"/>
              </w:rPr>
            </w:pPr>
          </w:p>
        </w:tc>
        <w:tc>
          <w:tcPr>
            <w:tcW w:w="1872" w:type="dxa"/>
          </w:tcPr>
          <w:p w14:paraId="46AF3B1A" w14:textId="77777777" w:rsidR="00CF1776" w:rsidRPr="00747368" w:rsidRDefault="00CF1776">
            <w:pPr>
              <w:rPr>
                <w:rFonts w:ascii="Congenial Light" w:hAnsi="Congenial Light" w:cstheme="majorBidi"/>
                <w:sz w:val="22"/>
              </w:rPr>
            </w:pPr>
          </w:p>
        </w:tc>
        <w:tc>
          <w:tcPr>
            <w:tcW w:w="1872" w:type="dxa"/>
          </w:tcPr>
          <w:p w14:paraId="4B7B2C7C" w14:textId="77777777" w:rsidR="00CF1776" w:rsidRPr="00747368" w:rsidRDefault="00CF1776">
            <w:pPr>
              <w:rPr>
                <w:rFonts w:ascii="Congenial Light" w:hAnsi="Congenial Light" w:cstheme="majorBidi"/>
                <w:sz w:val="22"/>
              </w:rPr>
            </w:pPr>
          </w:p>
        </w:tc>
        <w:tc>
          <w:tcPr>
            <w:tcW w:w="1871" w:type="dxa"/>
          </w:tcPr>
          <w:p w14:paraId="4F667B4B" w14:textId="77777777" w:rsidR="00CF1776" w:rsidRPr="00747368" w:rsidRDefault="00CF1776">
            <w:pPr>
              <w:rPr>
                <w:rFonts w:ascii="Congenial Light" w:hAnsi="Congenial Light" w:cstheme="majorBidi"/>
                <w:sz w:val="22"/>
              </w:rPr>
            </w:pPr>
          </w:p>
        </w:tc>
        <w:tc>
          <w:tcPr>
            <w:tcW w:w="1873" w:type="dxa"/>
          </w:tcPr>
          <w:p w14:paraId="2994DBD1" w14:textId="77777777" w:rsidR="00CF1776" w:rsidRPr="00747368" w:rsidRDefault="00CF1776">
            <w:pPr>
              <w:rPr>
                <w:rFonts w:ascii="Congenial Light" w:hAnsi="Congenial Light" w:cstheme="majorBidi"/>
                <w:sz w:val="22"/>
              </w:rPr>
            </w:pPr>
          </w:p>
        </w:tc>
      </w:tr>
      <w:tr w:rsidR="00CF1776" w:rsidRPr="00747368" w14:paraId="4B9FBB51" w14:textId="77777777" w:rsidTr="00747368">
        <w:trPr>
          <w:trHeight w:val="236"/>
        </w:trPr>
        <w:tc>
          <w:tcPr>
            <w:tcW w:w="1872" w:type="dxa"/>
          </w:tcPr>
          <w:p w14:paraId="76104670" w14:textId="77777777" w:rsidR="00CF1776" w:rsidRPr="00747368" w:rsidRDefault="00CF1776">
            <w:pPr>
              <w:rPr>
                <w:rFonts w:ascii="Congenial Light" w:hAnsi="Congenial Light" w:cstheme="majorBidi"/>
                <w:sz w:val="22"/>
              </w:rPr>
            </w:pPr>
          </w:p>
        </w:tc>
        <w:tc>
          <w:tcPr>
            <w:tcW w:w="1872" w:type="dxa"/>
          </w:tcPr>
          <w:p w14:paraId="696B24D4" w14:textId="77777777" w:rsidR="00CF1776" w:rsidRPr="00747368" w:rsidRDefault="00CF1776">
            <w:pPr>
              <w:rPr>
                <w:rFonts w:ascii="Congenial Light" w:hAnsi="Congenial Light" w:cstheme="majorBidi"/>
                <w:sz w:val="22"/>
              </w:rPr>
            </w:pPr>
          </w:p>
        </w:tc>
        <w:tc>
          <w:tcPr>
            <w:tcW w:w="1872" w:type="dxa"/>
          </w:tcPr>
          <w:p w14:paraId="4E70D9D1" w14:textId="77777777" w:rsidR="00CF1776" w:rsidRPr="00747368" w:rsidRDefault="00CF1776">
            <w:pPr>
              <w:rPr>
                <w:rFonts w:ascii="Congenial Light" w:hAnsi="Congenial Light" w:cstheme="majorBidi"/>
                <w:sz w:val="22"/>
              </w:rPr>
            </w:pPr>
          </w:p>
        </w:tc>
        <w:tc>
          <w:tcPr>
            <w:tcW w:w="1871" w:type="dxa"/>
          </w:tcPr>
          <w:p w14:paraId="5A6109FB" w14:textId="77777777" w:rsidR="00CF1776" w:rsidRPr="00747368" w:rsidRDefault="00CF1776">
            <w:pPr>
              <w:rPr>
                <w:rFonts w:ascii="Congenial Light" w:hAnsi="Congenial Light" w:cstheme="majorBidi"/>
                <w:sz w:val="22"/>
              </w:rPr>
            </w:pPr>
          </w:p>
        </w:tc>
        <w:tc>
          <w:tcPr>
            <w:tcW w:w="1873" w:type="dxa"/>
          </w:tcPr>
          <w:p w14:paraId="57C8C0F7" w14:textId="77777777" w:rsidR="00CF1776" w:rsidRPr="00747368" w:rsidRDefault="00CF1776">
            <w:pPr>
              <w:rPr>
                <w:rFonts w:ascii="Congenial Light" w:hAnsi="Congenial Light" w:cstheme="majorBidi"/>
                <w:sz w:val="22"/>
              </w:rPr>
            </w:pPr>
          </w:p>
        </w:tc>
      </w:tr>
      <w:tr w:rsidR="00CF1776" w:rsidRPr="00747368" w14:paraId="40BE72B7" w14:textId="77777777" w:rsidTr="00747368">
        <w:trPr>
          <w:trHeight w:val="254"/>
        </w:trPr>
        <w:tc>
          <w:tcPr>
            <w:tcW w:w="1872" w:type="dxa"/>
          </w:tcPr>
          <w:p w14:paraId="49E1E85E" w14:textId="77777777" w:rsidR="00CF1776" w:rsidRPr="00747368" w:rsidRDefault="00CF1776">
            <w:pPr>
              <w:rPr>
                <w:rFonts w:ascii="Congenial Light" w:hAnsi="Congenial Light" w:cstheme="majorBidi"/>
                <w:sz w:val="22"/>
              </w:rPr>
            </w:pPr>
          </w:p>
        </w:tc>
        <w:tc>
          <w:tcPr>
            <w:tcW w:w="1872" w:type="dxa"/>
          </w:tcPr>
          <w:p w14:paraId="7A9C4519" w14:textId="77777777" w:rsidR="00CF1776" w:rsidRPr="00747368" w:rsidRDefault="00CF1776">
            <w:pPr>
              <w:rPr>
                <w:rFonts w:ascii="Congenial Light" w:hAnsi="Congenial Light" w:cstheme="majorBidi"/>
                <w:sz w:val="22"/>
              </w:rPr>
            </w:pPr>
          </w:p>
        </w:tc>
        <w:tc>
          <w:tcPr>
            <w:tcW w:w="1872" w:type="dxa"/>
          </w:tcPr>
          <w:p w14:paraId="5813BFF3" w14:textId="77777777" w:rsidR="00CF1776" w:rsidRPr="00747368" w:rsidRDefault="00CF1776">
            <w:pPr>
              <w:rPr>
                <w:rFonts w:ascii="Congenial Light" w:hAnsi="Congenial Light" w:cstheme="majorBidi"/>
                <w:sz w:val="22"/>
              </w:rPr>
            </w:pPr>
          </w:p>
        </w:tc>
        <w:tc>
          <w:tcPr>
            <w:tcW w:w="1871" w:type="dxa"/>
          </w:tcPr>
          <w:p w14:paraId="08B7AE77" w14:textId="77777777" w:rsidR="00CF1776" w:rsidRPr="00747368" w:rsidRDefault="00CF1776">
            <w:pPr>
              <w:rPr>
                <w:rFonts w:ascii="Congenial Light" w:hAnsi="Congenial Light" w:cstheme="majorBidi"/>
                <w:sz w:val="22"/>
              </w:rPr>
            </w:pPr>
          </w:p>
        </w:tc>
        <w:tc>
          <w:tcPr>
            <w:tcW w:w="1873" w:type="dxa"/>
          </w:tcPr>
          <w:p w14:paraId="09ACAEE6" w14:textId="77777777" w:rsidR="00CF1776" w:rsidRPr="00747368" w:rsidRDefault="00CF1776">
            <w:pPr>
              <w:rPr>
                <w:rFonts w:ascii="Congenial Light" w:hAnsi="Congenial Light" w:cstheme="majorBidi"/>
                <w:sz w:val="22"/>
              </w:rPr>
            </w:pPr>
          </w:p>
        </w:tc>
      </w:tr>
      <w:tr w:rsidR="00CF1776" w:rsidRPr="00747368" w14:paraId="6D8A267A" w14:textId="77777777" w:rsidTr="00747368">
        <w:trPr>
          <w:trHeight w:val="254"/>
        </w:trPr>
        <w:tc>
          <w:tcPr>
            <w:tcW w:w="1872" w:type="dxa"/>
          </w:tcPr>
          <w:p w14:paraId="6543A30E" w14:textId="77777777" w:rsidR="00CF1776" w:rsidRPr="00747368" w:rsidRDefault="00CF1776">
            <w:pPr>
              <w:rPr>
                <w:rFonts w:ascii="Congenial Light" w:hAnsi="Congenial Light" w:cstheme="majorBidi"/>
                <w:sz w:val="22"/>
              </w:rPr>
            </w:pPr>
          </w:p>
        </w:tc>
        <w:tc>
          <w:tcPr>
            <w:tcW w:w="1872" w:type="dxa"/>
          </w:tcPr>
          <w:p w14:paraId="6ED34259" w14:textId="77777777" w:rsidR="00CF1776" w:rsidRPr="00747368" w:rsidRDefault="00CF1776">
            <w:pPr>
              <w:rPr>
                <w:rFonts w:ascii="Congenial Light" w:hAnsi="Congenial Light" w:cstheme="majorBidi"/>
                <w:sz w:val="22"/>
              </w:rPr>
            </w:pPr>
          </w:p>
        </w:tc>
        <w:tc>
          <w:tcPr>
            <w:tcW w:w="1872" w:type="dxa"/>
          </w:tcPr>
          <w:p w14:paraId="39A5509C" w14:textId="77777777" w:rsidR="00CF1776" w:rsidRPr="00747368" w:rsidRDefault="00CF1776">
            <w:pPr>
              <w:rPr>
                <w:rFonts w:ascii="Congenial Light" w:hAnsi="Congenial Light" w:cstheme="majorBidi"/>
                <w:sz w:val="22"/>
              </w:rPr>
            </w:pPr>
          </w:p>
        </w:tc>
        <w:tc>
          <w:tcPr>
            <w:tcW w:w="1871" w:type="dxa"/>
          </w:tcPr>
          <w:p w14:paraId="16124951" w14:textId="77777777" w:rsidR="00CF1776" w:rsidRPr="00747368" w:rsidRDefault="00CF1776">
            <w:pPr>
              <w:rPr>
                <w:rFonts w:ascii="Congenial Light" w:hAnsi="Congenial Light" w:cstheme="majorBidi"/>
                <w:sz w:val="22"/>
              </w:rPr>
            </w:pPr>
          </w:p>
        </w:tc>
        <w:tc>
          <w:tcPr>
            <w:tcW w:w="1873" w:type="dxa"/>
          </w:tcPr>
          <w:p w14:paraId="56935754" w14:textId="77777777" w:rsidR="00CF1776" w:rsidRPr="00747368" w:rsidRDefault="00CF1776">
            <w:pPr>
              <w:rPr>
                <w:rFonts w:ascii="Congenial Light" w:hAnsi="Congenial Light" w:cstheme="majorBidi"/>
                <w:sz w:val="22"/>
              </w:rPr>
            </w:pPr>
          </w:p>
        </w:tc>
      </w:tr>
      <w:tr w:rsidR="00CF1776" w:rsidRPr="00747368" w14:paraId="59B39FD3" w14:textId="77777777" w:rsidTr="00747368">
        <w:trPr>
          <w:trHeight w:val="254"/>
        </w:trPr>
        <w:tc>
          <w:tcPr>
            <w:tcW w:w="1872" w:type="dxa"/>
          </w:tcPr>
          <w:p w14:paraId="67F304EA" w14:textId="77777777" w:rsidR="00CF1776" w:rsidRPr="00747368" w:rsidRDefault="00CF1776">
            <w:pPr>
              <w:rPr>
                <w:rFonts w:ascii="Congenial Light" w:hAnsi="Congenial Light" w:cstheme="majorBidi"/>
                <w:sz w:val="22"/>
              </w:rPr>
            </w:pPr>
          </w:p>
        </w:tc>
        <w:tc>
          <w:tcPr>
            <w:tcW w:w="1872" w:type="dxa"/>
          </w:tcPr>
          <w:p w14:paraId="711062BE" w14:textId="77777777" w:rsidR="00CF1776" w:rsidRPr="00747368" w:rsidRDefault="00CF1776">
            <w:pPr>
              <w:rPr>
                <w:rFonts w:ascii="Congenial Light" w:hAnsi="Congenial Light" w:cstheme="majorBidi"/>
                <w:sz w:val="22"/>
              </w:rPr>
            </w:pPr>
          </w:p>
        </w:tc>
        <w:tc>
          <w:tcPr>
            <w:tcW w:w="1872" w:type="dxa"/>
          </w:tcPr>
          <w:p w14:paraId="1CA8F5C8" w14:textId="77777777" w:rsidR="00CF1776" w:rsidRPr="00747368" w:rsidRDefault="00CF1776">
            <w:pPr>
              <w:rPr>
                <w:rFonts w:ascii="Congenial Light" w:hAnsi="Congenial Light" w:cstheme="majorBidi"/>
                <w:sz w:val="22"/>
              </w:rPr>
            </w:pPr>
          </w:p>
        </w:tc>
        <w:tc>
          <w:tcPr>
            <w:tcW w:w="1871" w:type="dxa"/>
          </w:tcPr>
          <w:p w14:paraId="18E9BCB8" w14:textId="77777777" w:rsidR="00CF1776" w:rsidRPr="00747368" w:rsidRDefault="00CF1776">
            <w:pPr>
              <w:rPr>
                <w:rFonts w:ascii="Congenial Light" w:hAnsi="Congenial Light" w:cstheme="majorBidi"/>
                <w:sz w:val="22"/>
              </w:rPr>
            </w:pPr>
          </w:p>
        </w:tc>
        <w:tc>
          <w:tcPr>
            <w:tcW w:w="1873" w:type="dxa"/>
          </w:tcPr>
          <w:p w14:paraId="59F9A81F" w14:textId="77777777" w:rsidR="00CF1776" w:rsidRPr="00747368" w:rsidRDefault="00CF1776">
            <w:pPr>
              <w:rPr>
                <w:rFonts w:ascii="Congenial Light" w:hAnsi="Congenial Light" w:cstheme="majorBidi"/>
                <w:sz w:val="22"/>
              </w:rPr>
            </w:pPr>
          </w:p>
        </w:tc>
      </w:tr>
      <w:tr w:rsidR="00CF1776" w:rsidRPr="00747368" w14:paraId="5D620CC2" w14:textId="77777777" w:rsidTr="00747368">
        <w:trPr>
          <w:trHeight w:val="254"/>
        </w:trPr>
        <w:tc>
          <w:tcPr>
            <w:tcW w:w="1872" w:type="dxa"/>
          </w:tcPr>
          <w:p w14:paraId="5B075770" w14:textId="77777777" w:rsidR="00CF1776" w:rsidRPr="00747368" w:rsidRDefault="00CF1776">
            <w:pPr>
              <w:rPr>
                <w:rFonts w:ascii="Congenial Light" w:hAnsi="Congenial Light" w:cstheme="majorBidi"/>
                <w:sz w:val="22"/>
              </w:rPr>
            </w:pPr>
          </w:p>
        </w:tc>
        <w:tc>
          <w:tcPr>
            <w:tcW w:w="1872" w:type="dxa"/>
          </w:tcPr>
          <w:p w14:paraId="43B25235" w14:textId="77777777" w:rsidR="00CF1776" w:rsidRPr="00747368" w:rsidRDefault="00CF1776">
            <w:pPr>
              <w:rPr>
                <w:rFonts w:ascii="Congenial Light" w:hAnsi="Congenial Light" w:cstheme="majorBidi"/>
                <w:sz w:val="22"/>
              </w:rPr>
            </w:pPr>
          </w:p>
        </w:tc>
        <w:tc>
          <w:tcPr>
            <w:tcW w:w="1872" w:type="dxa"/>
          </w:tcPr>
          <w:p w14:paraId="2B089206" w14:textId="77777777" w:rsidR="00CF1776" w:rsidRPr="00747368" w:rsidRDefault="00CF1776">
            <w:pPr>
              <w:rPr>
                <w:rFonts w:ascii="Congenial Light" w:hAnsi="Congenial Light" w:cstheme="majorBidi"/>
                <w:sz w:val="22"/>
              </w:rPr>
            </w:pPr>
          </w:p>
        </w:tc>
        <w:tc>
          <w:tcPr>
            <w:tcW w:w="1871" w:type="dxa"/>
          </w:tcPr>
          <w:p w14:paraId="02D6B0B2" w14:textId="77777777" w:rsidR="00CF1776" w:rsidRPr="00747368" w:rsidRDefault="00CF1776">
            <w:pPr>
              <w:rPr>
                <w:rFonts w:ascii="Congenial Light" w:hAnsi="Congenial Light" w:cstheme="majorBidi"/>
                <w:sz w:val="22"/>
              </w:rPr>
            </w:pPr>
          </w:p>
        </w:tc>
        <w:tc>
          <w:tcPr>
            <w:tcW w:w="1873" w:type="dxa"/>
          </w:tcPr>
          <w:p w14:paraId="01455F34" w14:textId="77777777" w:rsidR="00CF1776" w:rsidRPr="00747368" w:rsidRDefault="00CF1776">
            <w:pPr>
              <w:rPr>
                <w:rFonts w:ascii="Congenial Light" w:hAnsi="Congenial Light" w:cstheme="majorBidi"/>
                <w:sz w:val="22"/>
              </w:rPr>
            </w:pPr>
          </w:p>
        </w:tc>
      </w:tr>
      <w:tr w:rsidR="00CF1776" w:rsidRPr="00747368" w14:paraId="14697A1C" w14:textId="77777777" w:rsidTr="00747368">
        <w:trPr>
          <w:trHeight w:val="254"/>
        </w:trPr>
        <w:tc>
          <w:tcPr>
            <w:tcW w:w="1872" w:type="dxa"/>
          </w:tcPr>
          <w:p w14:paraId="1590482A" w14:textId="77777777" w:rsidR="00CF1776" w:rsidRPr="00747368" w:rsidRDefault="00CF1776">
            <w:pPr>
              <w:rPr>
                <w:rFonts w:ascii="Congenial Light" w:hAnsi="Congenial Light" w:cstheme="majorBidi"/>
                <w:sz w:val="22"/>
              </w:rPr>
            </w:pPr>
          </w:p>
        </w:tc>
        <w:tc>
          <w:tcPr>
            <w:tcW w:w="1872" w:type="dxa"/>
          </w:tcPr>
          <w:p w14:paraId="5B2D23E3" w14:textId="77777777" w:rsidR="00CF1776" w:rsidRPr="00747368" w:rsidRDefault="00CF1776">
            <w:pPr>
              <w:rPr>
                <w:rFonts w:ascii="Congenial Light" w:hAnsi="Congenial Light" w:cstheme="majorBidi"/>
                <w:sz w:val="22"/>
              </w:rPr>
            </w:pPr>
          </w:p>
        </w:tc>
        <w:tc>
          <w:tcPr>
            <w:tcW w:w="1872" w:type="dxa"/>
          </w:tcPr>
          <w:p w14:paraId="6DC690E1" w14:textId="77777777" w:rsidR="00CF1776" w:rsidRPr="00747368" w:rsidRDefault="00CF1776">
            <w:pPr>
              <w:rPr>
                <w:rFonts w:ascii="Congenial Light" w:hAnsi="Congenial Light" w:cstheme="majorBidi"/>
                <w:sz w:val="22"/>
              </w:rPr>
            </w:pPr>
          </w:p>
        </w:tc>
        <w:tc>
          <w:tcPr>
            <w:tcW w:w="1871" w:type="dxa"/>
          </w:tcPr>
          <w:p w14:paraId="75B10AA3" w14:textId="77777777" w:rsidR="00CF1776" w:rsidRPr="00747368" w:rsidRDefault="00CF1776">
            <w:pPr>
              <w:rPr>
                <w:rFonts w:ascii="Congenial Light" w:hAnsi="Congenial Light" w:cstheme="majorBidi"/>
                <w:sz w:val="22"/>
              </w:rPr>
            </w:pPr>
          </w:p>
        </w:tc>
        <w:tc>
          <w:tcPr>
            <w:tcW w:w="1873" w:type="dxa"/>
          </w:tcPr>
          <w:p w14:paraId="23F1F5A5" w14:textId="77777777" w:rsidR="00CF1776" w:rsidRPr="00747368" w:rsidRDefault="00CF1776">
            <w:pPr>
              <w:rPr>
                <w:rFonts w:ascii="Congenial Light" w:hAnsi="Congenial Light" w:cstheme="majorBidi"/>
                <w:sz w:val="22"/>
              </w:rPr>
            </w:pPr>
          </w:p>
        </w:tc>
      </w:tr>
      <w:tr w:rsidR="00CF1776" w:rsidRPr="00747368" w14:paraId="7611D8CA" w14:textId="77777777" w:rsidTr="00747368">
        <w:trPr>
          <w:trHeight w:val="254"/>
        </w:trPr>
        <w:tc>
          <w:tcPr>
            <w:tcW w:w="1872" w:type="dxa"/>
          </w:tcPr>
          <w:p w14:paraId="2D7E3C5F" w14:textId="77777777" w:rsidR="00CF1776" w:rsidRPr="00747368" w:rsidRDefault="00CF1776">
            <w:pPr>
              <w:rPr>
                <w:rFonts w:ascii="Congenial Light" w:hAnsi="Congenial Light" w:cstheme="majorBidi"/>
                <w:sz w:val="22"/>
              </w:rPr>
            </w:pPr>
          </w:p>
        </w:tc>
        <w:tc>
          <w:tcPr>
            <w:tcW w:w="1872" w:type="dxa"/>
          </w:tcPr>
          <w:p w14:paraId="5EDEC4D4" w14:textId="77777777" w:rsidR="00CF1776" w:rsidRPr="00747368" w:rsidRDefault="00CF1776">
            <w:pPr>
              <w:rPr>
                <w:rFonts w:ascii="Congenial Light" w:hAnsi="Congenial Light" w:cstheme="majorBidi"/>
                <w:sz w:val="22"/>
              </w:rPr>
            </w:pPr>
          </w:p>
        </w:tc>
        <w:tc>
          <w:tcPr>
            <w:tcW w:w="1872" w:type="dxa"/>
          </w:tcPr>
          <w:p w14:paraId="2331DB53" w14:textId="77777777" w:rsidR="00CF1776" w:rsidRPr="00747368" w:rsidRDefault="00CF1776">
            <w:pPr>
              <w:rPr>
                <w:rFonts w:ascii="Congenial Light" w:hAnsi="Congenial Light" w:cstheme="majorBidi"/>
                <w:sz w:val="22"/>
              </w:rPr>
            </w:pPr>
          </w:p>
        </w:tc>
        <w:tc>
          <w:tcPr>
            <w:tcW w:w="1871" w:type="dxa"/>
          </w:tcPr>
          <w:p w14:paraId="4AB7BE9E" w14:textId="77777777" w:rsidR="00CF1776" w:rsidRPr="00747368" w:rsidRDefault="00CF1776">
            <w:pPr>
              <w:rPr>
                <w:rFonts w:ascii="Congenial Light" w:hAnsi="Congenial Light" w:cstheme="majorBidi"/>
                <w:sz w:val="22"/>
              </w:rPr>
            </w:pPr>
          </w:p>
        </w:tc>
        <w:tc>
          <w:tcPr>
            <w:tcW w:w="1873" w:type="dxa"/>
          </w:tcPr>
          <w:p w14:paraId="06188779" w14:textId="77777777" w:rsidR="00CF1776" w:rsidRPr="00747368" w:rsidRDefault="00CF1776">
            <w:pPr>
              <w:rPr>
                <w:rFonts w:ascii="Congenial Light" w:hAnsi="Congenial Light" w:cstheme="majorBidi"/>
                <w:sz w:val="22"/>
              </w:rPr>
            </w:pPr>
          </w:p>
        </w:tc>
      </w:tr>
      <w:tr w:rsidR="00CF1776" w:rsidRPr="00747368" w14:paraId="3D557334" w14:textId="77777777" w:rsidTr="00747368">
        <w:trPr>
          <w:trHeight w:val="254"/>
        </w:trPr>
        <w:tc>
          <w:tcPr>
            <w:tcW w:w="1872" w:type="dxa"/>
          </w:tcPr>
          <w:p w14:paraId="25B6A130" w14:textId="77777777" w:rsidR="00CF1776" w:rsidRPr="00747368" w:rsidRDefault="00CF1776">
            <w:pPr>
              <w:rPr>
                <w:rFonts w:ascii="Congenial Light" w:hAnsi="Congenial Light" w:cstheme="majorBidi"/>
                <w:sz w:val="22"/>
              </w:rPr>
            </w:pPr>
          </w:p>
        </w:tc>
        <w:tc>
          <w:tcPr>
            <w:tcW w:w="1872" w:type="dxa"/>
          </w:tcPr>
          <w:p w14:paraId="6A52862D" w14:textId="77777777" w:rsidR="00CF1776" w:rsidRPr="00747368" w:rsidRDefault="00CF1776">
            <w:pPr>
              <w:rPr>
                <w:rFonts w:ascii="Congenial Light" w:hAnsi="Congenial Light" w:cstheme="majorBidi"/>
                <w:sz w:val="22"/>
              </w:rPr>
            </w:pPr>
          </w:p>
        </w:tc>
        <w:tc>
          <w:tcPr>
            <w:tcW w:w="1872" w:type="dxa"/>
          </w:tcPr>
          <w:p w14:paraId="7AF26115" w14:textId="77777777" w:rsidR="00CF1776" w:rsidRPr="00747368" w:rsidRDefault="00CF1776">
            <w:pPr>
              <w:rPr>
                <w:rFonts w:ascii="Congenial Light" w:hAnsi="Congenial Light" w:cstheme="majorBidi"/>
                <w:sz w:val="22"/>
              </w:rPr>
            </w:pPr>
          </w:p>
        </w:tc>
        <w:tc>
          <w:tcPr>
            <w:tcW w:w="1871" w:type="dxa"/>
          </w:tcPr>
          <w:p w14:paraId="3F8362AF" w14:textId="77777777" w:rsidR="00CF1776" w:rsidRPr="00747368" w:rsidRDefault="00CF1776">
            <w:pPr>
              <w:rPr>
                <w:rFonts w:ascii="Congenial Light" w:hAnsi="Congenial Light" w:cstheme="majorBidi"/>
                <w:sz w:val="22"/>
              </w:rPr>
            </w:pPr>
          </w:p>
        </w:tc>
        <w:tc>
          <w:tcPr>
            <w:tcW w:w="1873" w:type="dxa"/>
          </w:tcPr>
          <w:p w14:paraId="2E6D9763" w14:textId="77777777" w:rsidR="00CF1776" w:rsidRPr="00747368" w:rsidRDefault="00CF1776">
            <w:pPr>
              <w:rPr>
                <w:rFonts w:ascii="Congenial Light" w:hAnsi="Congenial Light" w:cstheme="majorBidi"/>
                <w:sz w:val="22"/>
              </w:rPr>
            </w:pPr>
          </w:p>
        </w:tc>
      </w:tr>
      <w:tr w:rsidR="00CF1776" w:rsidRPr="00747368" w14:paraId="7C7285B5" w14:textId="77777777" w:rsidTr="00747368">
        <w:trPr>
          <w:trHeight w:val="236"/>
        </w:trPr>
        <w:tc>
          <w:tcPr>
            <w:tcW w:w="1872" w:type="dxa"/>
          </w:tcPr>
          <w:p w14:paraId="12315B40" w14:textId="77777777" w:rsidR="00CF1776" w:rsidRPr="00747368" w:rsidRDefault="00CF1776">
            <w:pPr>
              <w:rPr>
                <w:rFonts w:ascii="Congenial Light" w:hAnsi="Congenial Light" w:cstheme="majorBidi"/>
                <w:sz w:val="22"/>
              </w:rPr>
            </w:pPr>
          </w:p>
        </w:tc>
        <w:tc>
          <w:tcPr>
            <w:tcW w:w="1872" w:type="dxa"/>
          </w:tcPr>
          <w:p w14:paraId="0A865310" w14:textId="77777777" w:rsidR="00CF1776" w:rsidRPr="00747368" w:rsidRDefault="00CF1776">
            <w:pPr>
              <w:rPr>
                <w:rFonts w:ascii="Congenial Light" w:hAnsi="Congenial Light" w:cstheme="majorBidi"/>
                <w:sz w:val="22"/>
              </w:rPr>
            </w:pPr>
          </w:p>
        </w:tc>
        <w:tc>
          <w:tcPr>
            <w:tcW w:w="1872" w:type="dxa"/>
          </w:tcPr>
          <w:p w14:paraId="5E2D31C0" w14:textId="77777777" w:rsidR="00CF1776" w:rsidRPr="00747368" w:rsidRDefault="00CF1776">
            <w:pPr>
              <w:rPr>
                <w:rFonts w:ascii="Congenial Light" w:hAnsi="Congenial Light" w:cstheme="majorBidi"/>
                <w:sz w:val="22"/>
              </w:rPr>
            </w:pPr>
          </w:p>
        </w:tc>
        <w:tc>
          <w:tcPr>
            <w:tcW w:w="1871" w:type="dxa"/>
          </w:tcPr>
          <w:p w14:paraId="06DA81A6" w14:textId="77777777" w:rsidR="00CF1776" w:rsidRPr="00747368" w:rsidRDefault="00CF1776">
            <w:pPr>
              <w:rPr>
                <w:rFonts w:ascii="Congenial Light" w:hAnsi="Congenial Light" w:cstheme="majorBidi"/>
                <w:sz w:val="22"/>
              </w:rPr>
            </w:pPr>
          </w:p>
        </w:tc>
        <w:tc>
          <w:tcPr>
            <w:tcW w:w="1873" w:type="dxa"/>
          </w:tcPr>
          <w:p w14:paraId="07AC6A31" w14:textId="77777777" w:rsidR="00CF1776" w:rsidRPr="00747368" w:rsidRDefault="00CF1776">
            <w:pPr>
              <w:rPr>
                <w:rFonts w:ascii="Congenial Light" w:hAnsi="Congenial Light" w:cstheme="majorBidi"/>
                <w:sz w:val="22"/>
              </w:rPr>
            </w:pPr>
          </w:p>
        </w:tc>
      </w:tr>
    </w:tbl>
    <w:p w14:paraId="681A34EC" w14:textId="77777777" w:rsidR="00053A80" w:rsidRPr="00747368" w:rsidRDefault="00053A80">
      <w:pPr>
        <w:rPr>
          <w:rFonts w:ascii="Congenial Light" w:hAnsi="Congenial Light" w:cstheme="majorBidi"/>
          <w:sz w:val="22"/>
        </w:rPr>
      </w:pPr>
    </w:p>
    <w:p w14:paraId="50805B87" w14:textId="64D8B164" w:rsidR="00CF1776" w:rsidRPr="00747368" w:rsidRDefault="001D11A5">
      <w:pPr>
        <w:rPr>
          <w:rFonts w:ascii="Congenial Light" w:hAnsi="Congenial Light" w:cstheme="majorBidi"/>
          <w:sz w:val="22"/>
        </w:rPr>
      </w:pPr>
      <w:r w:rsidRPr="00747368">
        <w:rPr>
          <w:rFonts w:ascii="Congenial Light" w:hAnsi="Congenial Light" w:cstheme="majorBidi"/>
          <w:sz w:val="22"/>
        </w:rPr>
        <w:t>________</w:t>
      </w:r>
    </w:p>
    <w:p w14:paraId="67441DBC" w14:textId="77777777" w:rsidR="00CF1776" w:rsidRPr="00747368" w:rsidRDefault="001D11A5">
      <w:pPr>
        <w:pStyle w:val="Titolo2"/>
        <w:rPr>
          <w:rFonts w:ascii="Congenial Light" w:hAnsi="Congenial Light"/>
          <w:color w:val="auto"/>
          <w:sz w:val="22"/>
          <w:szCs w:val="22"/>
        </w:rPr>
      </w:pPr>
      <w:r w:rsidRPr="00747368">
        <w:rPr>
          <w:rFonts w:ascii="Congenial Light" w:hAnsi="Congenial Light"/>
          <w:color w:val="auto"/>
          <w:sz w:val="22"/>
          <w:szCs w:val="22"/>
        </w:rPr>
        <w:lastRenderedPageBreak/>
        <w:t xml:space="preserve">C. </w:t>
      </w:r>
      <w:proofErr w:type="spellStart"/>
      <w:r w:rsidRPr="00747368">
        <w:rPr>
          <w:rFonts w:ascii="Congenial Light" w:hAnsi="Congenial Light"/>
          <w:color w:val="auto"/>
          <w:sz w:val="22"/>
          <w:szCs w:val="22"/>
        </w:rPr>
        <w:t>Attività</w:t>
      </w:r>
      <w:proofErr w:type="spellEnd"/>
      <w:r w:rsidRPr="00747368">
        <w:rPr>
          <w:rFonts w:ascii="Congenial Light" w:hAnsi="Congenial Light"/>
          <w:color w:val="auto"/>
          <w:sz w:val="22"/>
          <w:szCs w:val="22"/>
        </w:rPr>
        <w:t xml:space="preserve"> </w:t>
      </w:r>
      <w:proofErr w:type="spellStart"/>
      <w:r w:rsidRPr="00747368">
        <w:rPr>
          <w:rFonts w:ascii="Congenial Light" w:hAnsi="Congenial Light"/>
          <w:color w:val="auto"/>
          <w:sz w:val="22"/>
          <w:szCs w:val="22"/>
        </w:rPr>
        <w:t>escluse</w:t>
      </w:r>
      <w:proofErr w:type="spellEnd"/>
      <w:r w:rsidRPr="00747368">
        <w:rPr>
          <w:rFonts w:ascii="Congenial Light" w:hAnsi="Congenial Light"/>
          <w:color w:val="auto"/>
          <w:sz w:val="22"/>
          <w:szCs w:val="22"/>
        </w:rPr>
        <w:t xml:space="preserve"> dal </w:t>
      </w:r>
      <w:proofErr w:type="spellStart"/>
      <w:r w:rsidRPr="00747368">
        <w:rPr>
          <w:rFonts w:ascii="Congenial Light" w:hAnsi="Congenial Light"/>
          <w:color w:val="auto"/>
          <w:sz w:val="22"/>
          <w:szCs w:val="22"/>
        </w:rPr>
        <w:t>computo</w:t>
      </w:r>
      <w:proofErr w:type="spellEnd"/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880"/>
      </w:tblGrid>
      <w:tr w:rsidR="00866611" w:rsidRPr="00747368" w14:paraId="57208BF2" w14:textId="77777777" w:rsidTr="00866611">
        <w:tc>
          <w:tcPr>
            <w:tcW w:w="2880" w:type="dxa"/>
          </w:tcPr>
          <w:p w14:paraId="3B35B161" w14:textId="5051680C" w:rsidR="00866611" w:rsidRPr="00747368" w:rsidRDefault="00866611">
            <w:pPr>
              <w:rPr>
                <w:rFonts w:ascii="Congenial Light" w:hAnsi="Congenial Light" w:cstheme="majorBidi"/>
                <w:sz w:val="22"/>
              </w:rPr>
            </w:pPr>
            <w:proofErr w:type="spellStart"/>
            <w:r w:rsidRPr="00747368">
              <w:rPr>
                <w:rFonts w:ascii="Congenial Light" w:hAnsi="Congenial Light" w:cstheme="majorBidi"/>
                <w:sz w:val="22"/>
              </w:rPr>
              <w:t>Attività</w:t>
            </w:r>
            <w:proofErr w:type="spellEnd"/>
            <w:r w:rsidR="00915AF2" w:rsidRPr="00747368">
              <w:rPr>
                <w:rFonts w:ascii="Congenial Light" w:hAnsi="Congenial Light" w:cstheme="majorBidi"/>
                <w:sz w:val="22"/>
              </w:rPr>
              <w:t>:</w:t>
            </w:r>
          </w:p>
        </w:tc>
      </w:tr>
      <w:tr w:rsidR="00866611" w:rsidRPr="00747368" w14:paraId="67FC6A48" w14:textId="77777777" w:rsidTr="00866611">
        <w:tc>
          <w:tcPr>
            <w:tcW w:w="2880" w:type="dxa"/>
          </w:tcPr>
          <w:p w14:paraId="16A5B6E8" w14:textId="77777777" w:rsidR="00866611" w:rsidRPr="00747368" w:rsidRDefault="00866611">
            <w:pPr>
              <w:rPr>
                <w:rFonts w:ascii="Congenial Light" w:hAnsi="Congenial Light" w:cstheme="majorBidi"/>
                <w:sz w:val="22"/>
              </w:rPr>
            </w:pPr>
            <w:proofErr w:type="spellStart"/>
            <w:r w:rsidRPr="00747368">
              <w:rPr>
                <w:rFonts w:ascii="Congenial Light" w:hAnsi="Congenial Light" w:cstheme="majorBidi"/>
                <w:sz w:val="22"/>
              </w:rPr>
              <w:t>Scrutini</w:t>
            </w:r>
            <w:proofErr w:type="spellEnd"/>
            <w:r w:rsidRPr="00747368">
              <w:rPr>
                <w:rFonts w:ascii="Congenial Light" w:hAnsi="Congenial Light" w:cstheme="majorBidi"/>
                <w:sz w:val="22"/>
              </w:rPr>
              <w:t xml:space="preserve"> </w:t>
            </w:r>
            <w:proofErr w:type="spellStart"/>
            <w:r w:rsidRPr="00747368">
              <w:rPr>
                <w:rFonts w:ascii="Congenial Light" w:hAnsi="Congenial Light" w:cstheme="majorBidi"/>
                <w:sz w:val="22"/>
              </w:rPr>
              <w:t>intermedi</w:t>
            </w:r>
            <w:proofErr w:type="spellEnd"/>
          </w:p>
        </w:tc>
      </w:tr>
      <w:tr w:rsidR="00866611" w:rsidRPr="00747368" w14:paraId="7F525557" w14:textId="77777777" w:rsidTr="00866611">
        <w:tc>
          <w:tcPr>
            <w:tcW w:w="2880" w:type="dxa"/>
          </w:tcPr>
          <w:p w14:paraId="59864ADC" w14:textId="77777777" w:rsidR="00866611" w:rsidRPr="00747368" w:rsidRDefault="00866611">
            <w:pPr>
              <w:rPr>
                <w:rFonts w:ascii="Congenial Light" w:hAnsi="Congenial Light" w:cstheme="majorBidi"/>
                <w:sz w:val="22"/>
              </w:rPr>
            </w:pPr>
            <w:proofErr w:type="spellStart"/>
            <w:r w:rsidRPr="00747368">
              <w:rPr>
                <w:rFonts w:ascii="Congenial Light" w:hAnsi="Congenial Light" w:cstheme="majorBidi"/>
                <w:sz w:val="22"/>
              </w:rPr>
              <w:t>Scrutini</w:t>
            </w:r>
            <w:proofErr w:type="spellEnd"/>
            <w:r w:rsidRPr="00747368">
              <w:rPr>
                <w:rFonts w:ascii="Congenial Light" w:hAnsi="Congenial Light" w:cstheme="majorBidi"/>
                <w:sz w:val="22"/>
              </w:rPr>
              <w:t xml:space="preserve"> </w:t>
            </w:r>
            <w:proofErr w:type="spellStart"/>
            <w:r w:rsidRPr="00747368">
              <w:rPr>
                <w:rFonts w:ascii="Congenial Light" w:hAnsi="Congenial Light" w:cstheme="majorBidi"/>
                <w:sz w:val="22"/>
              </w:rPr>
              <w:t>finali</w:t>
            </w:r>
            <w:proofErr w:type="spellEnd"/>
          </w:p>
        </w:tc>
      </w:tr>
      <w:tr w:rsidR="00866611" w:rsidRPr="00747368" w14:paraId="47EDEE93" w14:textId="77777777" w:rsidTr="00866611">
        <w:tc>
          <w:tcPr>
            <w:tcW w:w="2880" w:type="dxa"/>
          </w:tcPr>
          <w:p w14:paraId="597C2255" w14:textId="3F913B8E" w:rsidR="00866611" w:rsidRPr="00747368" w:rsidRDefault="00866611">
            <w:pPr>
              <w:rPr>
                <w:rFonts w:ascii="Congenial Light" w:hAnsi="Congenial Light" w:cstheme="majorBidi"/>
                <w:sz w:val="22"/>
              </w:rPr>
            </w:pPr>
            <w:proofErr w:type="spellStart"/>
            <w:r w:rsidRPr="00747368">
              <w:rPr>
                <w:rFonts w:ascii="Congenial Light" w:hAnsi="Congenial Light" w:cstheme="majorBidi"/>
                <w:sz w:val="22"/>
              </w:rPr>
              <w:t>Riunione</w:t>
            </w:r>
            <w:proofErr w:type="spellEnd"/>
            <w:r w:rsidRPr="00747368">
              <w:rPr>
                <w:rFonts w:ascii="Congenial Light" w:hAnsi="Congenial Light" w:cstheme="majorBidi"/>
                <w:sz w:val="22"/>
              </w:rPr>
              <w:t xml:space="preserve"> </w:t>
            </w:r>
            <w:proofErr w:type="spellStart"/>
            <w:r w:rsidRPr="00747368">
              <w:rPr>
                <w:rFonts w:ascii="Congenial Light" w:hAnsi="Congenial Light" w:cstheme="majorBidi"/>
                <w:sz w:val="22"/>
              </w:rPr>
              <w:t>preliminare</w:t>
            </w:r>
            <w:proofErr w:type="spellEnd"/>
          </w:p>
        </w:tc>
      </w:tr>
      <w:tr w:rsidR="00866611" w:rsidRPr="00747368" w14:paraId="12D3BB56" w14:textId="77777777" w:rsidTr="00866611">
        <w:tc>
          <w:tcPr>
            <w:tcW w:w="2880" w:type="dxa"/>
          </w:tcPr>
          <w:p w14:paraId="0DE64FAD" w14:textId="77777777" w:rsidR="00866611" w:rsidRPr="00747368" w:rsidRDefault="00866611">
            <w:pPr>
              <w:rPr>
                <w:rFonts w:ascii="Congenial Light" w:hAnsi="Congenial Light" w:cstheme="majorBidi"/>
                <w:sz w:val="22"/>
              </w:rPr>
            </w:pPr>
            <w:proofErr w:type="spellStart"/>
            <w:r w:rsidRPr="00747368">
              <w:rPr>
                <w:rFonts w:ascii="Congenial Light" w:hAnsi="Congenial Light" w:cstheme="majorBidi"/>
                <w:sz w:val="22"/>
              </w:rPr>
              <w:t>Esami</w:t>
            </w:r>
            <w:proofErr w:type="spellEnd"/>
            <w:r w:rsidRPr="00747368">
              <w:rPr>
                <w:rFonts w:ascii="Congenial Light" w:hAnsi="Congenial Light" w:cstheme="majorBidi"/>
                <w:sz w:val="22"/>
              </w:rPr>
              <w:t xml:space="preserve"> di Stato</w:t>
            </w:r>
          </w:p>
        </w:tc>
      </w:tr>
      <w:tr w:rsidR="00866611" w:rsidRPr="00747368" w14:paraId="02923E43" w14:textId="77777777" w:rsidTr="00866611">
        <w:tc>
          <w:tcPr>
            <w:tcW w:w="2880" w:type="dxa"/>
          </w:tcPr>
          <w:p w14:paraId="5FC6820B" w14:textId="41A679F2" w:rsidR="00866611" w:rsidRPr="00747368" w:rsidRDefault="00866611">
            <w:pPr>
              <w:rPr>
                <w:rFonts w:ascii="Congenial Light" w:hAnsi="Congenial Light" w:cstheme="majorBidi"/>
                <w:sz w:val="22"/>
              </w:rPr>
            </w:pPr>
          </w:p>
        </w:tc>
      </w:tr>
    </w:tbl>
    <w:p w14:paraId="5C7AE6A6" w14:textId="1631A0EA" w:rsidR="00866611" w:rsidRPr="00747368" w:rsidRDefault="00866611" w:rsidP="00866611">
      <w:pPr>
        <w:pStyle w:val="Titolo2"/>
        <w:rPr>
          <w:rFonts w:ascii="Congenial Light" w:hAnsi="Congenial Light"/>
          <w:color w:val="auto"/>
          <w:sz w:val="22"/>
          <w:szCs w:val="22"/>
          <w:lang w:val="it-IT"/>
        </w:rPr>
      </w:pPr>
    </w:p>
    <w:p w14:paraId="754EE827" w14:textId="2AA11E12" w:rsidR="00CF1776" w:rsidRPr="00747368" w:rsidRDefault="00CF1776">
      <w:pPr>
        <w:rPr>
          <w:rFonts w:ascii="Congenial Light" w:hAnsi="Congenial Light" w:cstheme="majorBidi"/>
          <w:sz w:val="22"/>
          <w:lang w:val="it-IT"/>
        </w:rPr>
      </w:pPr>
    </w:p>
    <w:p w14:paraId="2E518362" w14:textId="77777777" w:rsidR="001D11A5" w:rsidRPr="00747368" w:rsidRDefault="001D11A5" w:rsidP="001D11A5">
      <w:pPr>
        <w:rPr>
          <w:rFonts w:ascii="Congenial Light" w:hAnsi="Congenial Light" w:cstheme="majorBidi"/>
          <w:sz w:val="22"/>
          <w:lang w:val="it-IT"/>
        </w:rPr>
      </w:pPr>
    </w:p>
    <w:sectPr w:rsidR="001D11A5" w:rsidRPr="00747368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ongenial Light">
    <w:charset w:val="00"/>
    <w:family w:val="auto"/>
    <w:pitch w:val="variable"/>
    <w:sig w:usb0="8000002F" w:usb1="1000205B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oelenco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oelenco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Puntoelenco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Puntoelenco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207108726">
    <w:abstractNumId w:val="8"/>
  </w:num>
  <w:num w:numId="2" w16cid:durableId="643393339">
    <w:abstractNumId w:val="6"/>
  </w:num>
  <w:num w:numId="3" w16cid:durableId="1129976458">
    <w:abstractNumId w:val="5"/>
  </w:num>
  <w:num w:numId="4" w16cid:durableId="1000230932">
    <w:abstractNumId w:val="4"/>
  </w:num>
  <w:num w:numId="5" w16cid:durableId="1561089896">
    <w:abstractNumId w:val="7"/>
  </w:num>
  <w:num w:numId="6" w16cid:durableId="471557126">
    <w:abstractNumId w:val="3"/>
  </w:num>
  <w:num w:numId="7" w16cid:durableId="96557854">
    <w:abstractNumId w:val="2"/>
  </w:num>
  <w:num w:numId="8" w16cid:durableId="898445562">
    <w:abstractNumId w:val="1"/>
  </w:num>
  <w:num w:numId="9" w16cid:durableId="12965205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34AC3"/>
    <w:rsid w:val="00053A80"/>
    <w:rsid w:val="0006063C"/>
    <w:rsid w:val="0015074B"/>
    <w:rsid w:val="001D11A5"/>
    <w:rsid w:val="0029639D"/>
    <w:rsid w:val="00326F90"/>
    <w:rsid w:val="005154D4"/>
    <w:rsid w:val="00747368"/>
    <w:rsid w:val="007B3D8E"/>
    <w:rsid w:val="00866611"/>
    <w:rsid w:val="008E62D5"/>
    <w:rsid w:val="00915AF2"/>
    <w:rsid w:val="0093188B"/>
    <w:rsid w:val="009F5FE2"/>
    <w:rsid w:val="00AA1D8D"/>
    <w:rsid w:val="00B47730"/>
    <w:rsid w:val="00CB0664"/>
    <w:rsid w:val="00CF177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1E0A704"/>
  <w14:defaultImageDpi w14:val="300"/>
  <w15:docId w15:val="{7C976AFC-3768-4794-9F5E-3735FE43B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C693F"/>
    <w:rPr>
      <w:rFonts w:ascii="Times New Roman" w:hAnsi="Times New Roman"/>
      <w:sz w:val="24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618BF"/>
  </w:style>
  <w:style w:type="paragraph" w:styleId="Pidipagina">
    <w:name w:val="footer"/>
    <w:basedOn w:val="Normale"/>
    <w:link w:val="Pidipagina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618BF"/>
  </w:style>
  <w:style w:type="paragraph" w:styleId="Nessunaspaziatura">
    <w:name w:val="No Spacing"/>
    <w:uiPriority w:val="1"/>
    <w:qFormat/>
    <w:rsid w:val="00FC693F"/>
    <w:pPr>
      <w:spacing w:after="0" w:line="240" w:lineRule="auto"/>
    </w:pPr>
  </w:style>
  <w:style w:type="character" w:customStyle="1" w:styleId="Titolo1Carattere">
    <w:name w:val="Titolo 1 Carattere"/>
    <w:basedOn w:val="Carpredefinitoparagrafo"/>
    <w:link w:val="Tito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">
    <w:name w:val="Title"/>
    <w:basedOn w:val="Normale"/>
    <w:next w:val="Normale"/>
    <w:link w:val="TitoloCarattere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FC693F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99"/>
    <w:unhideWhenUsed/>
    <w:rsid w:val="00AA1D8D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AA1D8D"/>
  </w:style>
  <w:style w:type="paragraph" w:styleId="Corpodeltesto2">
    <w:name w:val="Body Text 2"/>
    <w:basedOn w:val="Normale"/>
    <w:link w:val="Corpodeltesto2Carattere"/>
    <w:uiPriority w:val="99"/>
    <w:unhideWhenUsed/>
    <w:rsid w:val="00AA1D8D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AA1D8D"/>
  </w:style>
  <w:style w:type="paragraph" w:styleId="Corpodeltesto3">
    <w:name w:val="Body Text 3"/>
    <w:basedOn w:val="Normale"/>
    <w:link w:val="Corpodeltesto3Carattere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AA1D8D"/>
    <w:rPr>
      <w:sz w:val="16"/>
      <w:szCs w:val="16"/>
    </w:rPr>
  </w:style>
  <w:style w:type="paragraph" w:styleId="Elenco">
    <w:name w:val="List"/>
    <w:basedOn w:val="Normale"/>
    <w:uiPriority w:val="99"/>
    <w:unhideWhenUsed/>
    <w:rsid w:val="00AA1D8D"/>
    <w:pPr>
      <w:ind w:left="360" w:hanging="360"/>
      <w:contextualSpacing/>
    </w:pPr>
  </w:style>
  <w:style w:type="paragraph" w:styleId="Elenco2">
    <w:name w:val="List 2"/>
    <w:basedOn w:val="Normale"/>
    <w:uiPriority w:val="99"/>
    <w:unhideWhenUsed/>
    <w:rsid w:val="00326F90"/>
    <w:pPr>
      <w:ind w:left="720" w:hanging="360"/>
      <w:contextualSpacing/>
    </w:pPr>
  </w:style>
  <w:style w:type="paragraph" w:styleId="Elenco3">
    <w:name w:val="List 3"/>
    <w:basedOn w:val="Normale"/>
    <w:uiPriority w:val="99"/>
    <w:unhideWhenUsed/>
    <w:rsid w:val="00326F90"/>
    <w:pPr>
      <w:ind w:left="1080" w:hanging="360"/>
      <w:contextualSpacing/>
    </w:pPr>
  </w:style>
  <w:style w:type="paragraph" w:styleId="Puntoelenco">
    <w:name w:val="List Bullet"/>
    <w:basedOn w:val="Normale"/>
    <w:uiPriority w:val="99"/>
    <w:unhideWhenUsed/>
    <w:rsid w:val="00326F90"/>
    <w:pPr>
      <w:numPr>
        <w:numId w:val="1"/>
      </w:numPr>
      <w:contextualSpacing/>
    </w:pPr>
  </w:style>
  <w:style w:type="paragraph" w:styleId="Puntoelenco2">
    <w:name w:val="List Bullet 2"/>
    <w:basedOn w:val="Normale"/>
    <w:uiPriority w:val="99"/>
    <w:unhideWhenUsed/>
    <w:rsid w:val="00326F90"/>
    <w:pPr>
      <w:numPr>
        <w:numId w:val="2"/>
      </w:numPr>
      <w:contextualSpacing/>
    </w:pPr>
  </w:style>
  <w:style w:type="paragraph" w:styleId="Puntoelenco3">
    <w:name w:val="List Bullet 3"/>
    <w:basedOn w:val="Normale"/>
    <w:uiPriority w:val="99"/>
    <w:unhideWhenUsed/>
    <w:rsid w:val="00326F90"/>
    <w:pPr>
      <w:numPr>
        <w:numId w:val="3"/>
      </w:numPr>
      <w:contextualSpacing/>
    </w:pPr>
  </w:style>
  <w:style w:type="paragraph" w:styleId="Numeroelenco">
    <w:name w:val="List Number"/>
    <w:basedOn w:val="Normale"/>
    <w:uiPriority w:val="99"/>
    <w:unhideWhenUsed/>
    <w:rsid w:val="00326F90"/>
    <w:pPr>
      <w:numPr>
        <w:numId w:val="5"/>
      </w:numPr>
      <w:contextualSpacing/>
    </w:pPr>
  </w:style>
  <w:style w:type="paragraph" w:styleId="Numeroelenco2">
    <w:name w:val="List Number 2"/>
    <w:basedOn w:val="Normale"/>
    <w:uiPriority w:val="99"/>
    <w:unhideWhenUsed/>
    <w:rsid w:val="0029639D"/>
    <w:pPr>
      <w:numPr>
        <w:numId w:val="6"/>
      </w:numPr>
      <w:contextualSpacing/>
    </w:pPr>
  </w:style>
  <w:style w:type="paragraph" w:styleId="Numeroelenco3">
    <w:name w:val="List Number 3"/>
    <w:basedOn w:val="Normale"/>
    <w:uiPriority w:val="99"/>
    <w:unhideWhenUsed/>
    <w:rsid w:val="0029639D"/>
    <w:pPr>
      <w:numPr>
        <w:numId w:val="7"/>
      </w:numPr>
      <w:contextualSpacing/>
    </w:pPr>
  </w:style>
  <w:style w:type="paragraph" w:styleId="Elencocontinua">
    <w:name w:val="List Continue"/>
    <w:basedOn w:val="Normale"/>
    <w:uiPriority w:val="99"/>
    <w:unhideWhenUsed/>
    <w:rsid w:val="0029639D"/>
    <w:pPr>
      <w:spacing w:after="120"/>
      <w:ind w:left="360"/>
      <w:contextualSpacing/>
    </w:pPr>
  </w:style>
  <w:style w:type="paragraph" w:styleId="Elencocontinua2">
    <w:name w:val="List Continue 2"/>
    <w:basedOn w:val="Normale"/>
    <w:uiPriority w:val="99"/>
    <w:unhideWhenUsed/>
    <w:rsid w:val="0029639D"/>
    <w:pPr>
      <w:spacing w:after="120"/>
      <w:ind w:left="720"/>
      <w:contextualSpacing/>
    </w:pPr>
  </w:style>
  <w:style w:type="paragraph" w:styleId="Elencocontinua3">
    <w:name w:val="List Continue 3"/>
    <w:basedOn w:val="Normale"/>
    <w:uiPriority w:val="99"/>
    <w:unhideWhenUsed/>
    <w:rsid w:val="0029639D"/>
    <w:pPr>
      <w:spacing w:after="120"/>
      <w:ind w:left="1080"/>
      <w:contextualSpacing/>
    </w:pPr>
  </w:style>
  <w:style w:type="paragraph" w:styleId="Testomacro">
    <w:name w:val="macro"/>
    <w:link w:val="TestomacroCarattere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stomacroCarattere">
    <w:name w:val="Testo macro Carattere"/>
    <w:basedOn w:val="Carpredefinitoparagrafo"/>
    <w:link w:val="Testomacro"/>
    <w:uiPriority w:val="99"/>
    <w:rsid w:val="0029639D"/>
    <w:rPr>
      <w:rFonts w:ascii="Courier" w:hAnsi="Courier"/>
      <w:sz w:val="20"/>
      <w:szCs w:val="20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C693F"/>
    <w:rPr>
      <w:i/>
      <w:iCs/>
      <w:color w:val="000000" w:themeColor="text1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C693F"/>
    <w:rPr>
      <w:i/>
      <w:iCs/>
      <w:color w:val="000000" w:themeColor="text1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Enfasigrassetto">
    <w:name w:val="Strong"/>
    <w:basedOn w:val="Carpredefinitoparagrafo"/>
    <w:uiPriority w:val="22"/>
    <w:qFormat/>
    <w:rsid w:val="00FC693F"/>
    <w:rPr>
      <w:b/>
      <w:bCs/>
    </w:rPr>
  </w:style>
  <w:style w:type="character" w:styleId="Enfasicorsivo">
    <w:name w:val="Emphasis"/>
    <w:basedOn w:val="Carpredefinitoparagrafo"/>
    <w:uiPriority w:val="20"/>
    <w:qFormat/>
    <w:rsid w:val="00FC693F"/>
    <w:rPr>
      <w:i/>
      <w:iCs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C693F"/>
    <w:rPr>
      <w:b/>
      <w:bCs/>
      <w:i/>
      <w:iCs/>
      <w:color w:val="4F81BD" w:themeColor="accent1"/>
    </w:rPr>
  </w:style>
  <w:style w:type="character" w:styleId="Enfasidelicata">
    <w:name w:val="Subtle Emphasis"/>
    <w:basedOn w:val="Carpredefinitoparagrafo"/>
    <w:uiPriority w:val="19"/>
    <w:qFormat/>
    <w:rsid w:val="00FC693F"/>
    <w:rPr>
      <w:i/>
      <w:iCs/>
      <w:color w:val="808080" w:themeColor="text1" w:themeTint="7F"/>
    </w:rPr>
  </w:style>
  <w:style w:type="character" w:styleId="Enfasiintensa">
    <w:name w:val="Intense Emphasis"/>
    <w:basedOn w:val="Carpredefinitoparagrafo"/>
    <w:uiPriority w:val="21"/>
    <w:qFormat/>
    <w:rsid w:val="00FC693F"/>
    <w:rPr>
      <w:b/>
      <w:bCs/>
      <w:i/>
      <w:iCs/>
      <w:color w:val="4F81BD" w:themeColor="accent1"/>
    </w:rPr>
  </w:style>
  <w:style w:type="character" w:styleId="Riferimentodelicato">
    <w:name w:val="Subtle Reference"/>
    <w:basedOn w:val="Carpredefinitoparagrafo"/>
    <w:uiPriority w:val="31"/>
    <w:qFormat/>
    <w:rsid w:val="00FC693F"/>
    <w:rPr>
      <w:smallCaps/>
      <w:color w:val="C0504D" w:themeColor="accent2"/>
      <w:u w:val="single"/>
    </w:rPr>
  </w:style>
  <w:style w:type="character" w:styleId="Riferimentointenso">
    <w:name w:val="Intense Reference"/>
    <w:basedOn w:val="Carpredefinitoparagraf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olodellibro">
    <w:name w:val="Book Title"/>
    <w:basedOn w:val="Carpredefinitoparagrafo"/>
    <w:uiPriority w:val="33"/>
    <w:qFormat/>
    <w:rsid w:val="00FC693F"/>
    <w:rPr>
      <w:b/>
      <w:bCs/>
      <w:smallCaps/>
      <w:spacing w:val="5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FC693F"/>
    <w:pPr>
      <w:outlineLvl w:val="9"/>
    </w:pPr>
  </w:style>
  <w:style w:type="table" w:styleId="Grigliatabella">
    <w:name w:val="Table Grid"/>
    <w:basedOn w:val="Tabellanorma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fondochiaro">
    <w:name w:val="Light Shading"/>
    <w:basedOn w:val="Tabellanorma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fondochiaro-Colore1">
    <w:name w:val="Light Shading Accent 1"/>
    <w:basedOn w:val="Tabellanorma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fondochiaro-Colore2">
    <w:name w:val="Light Shading Accent 2"/>
    <w:basedOn w:val="Tabellanorma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fondochiaro-Colore3">
    <w:name w:val="Light Shading Accent 3"/>
    <w:basedOn w:val="Tabellanorma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fondochiaro-Colore4">
    <w:name w:val="Light Shading Accent 4"/>
    <w:basedOn w:val="Tabellanorma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fondochiaro-Colore5">
    <w:name w:val="Light Shading Accent 5"/>
    <w:basedOn w:val="Tabellanorma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fondochiaro-Colore6">
    <w:name w:val="Light Shading Accent 6"/>
    <w:basedOn w:val="Tabellanorma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Elencochiaro">
    <w:name w:val="Light List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Elencochiaro-Colore1">
    <w:name w:val="Light List Accent 1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Elencochiaro-Colore2">
    <w:name w:val="Light List Accent 2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Elencochiaro-Colore3">
    <w:name w:val="Light List Accent 3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Elencochiaro-Colore4">
    <w:name w:val="Light List Accent 4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Elencochiaro-Colore5">
    <w:name w:val="Light List Accent 5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Elencochiaro-Colore6">
    <w:name w:val="Light List Accent 6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gliachiara">
    <w:name w:val="Light Grid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gliachiara-Colore1">
    <w:name w:val="Light Grid Accent 1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gliachiara-Colore2">
    <w:name w:val="Light Grid Accent 2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gliachiara-Colore3">
    <w:name w:val="Light Grid Accent 3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gliachiara-Colore4">
    <w:name w:val="Light Grid Accent 4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gliachiara-Colore5">
    <w:name w:val="Light Grid Accent 5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gliachiara-Colore6">
    <w:name w:val="Light Grid Accent 6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fondomedio1">
    <w:name w:val="Medium Shading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1">
    <w:name w:val="Medium Shading 1 Accent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2">
    <w:name w:val="Medium Shading 1 Accent 2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3">
    <w:name w:val="Medium Shading 1 Accent 3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4">
    <w:name w:val="Medium Shading 1 Accent 4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5">
    <w:name w:val="Medium Shading 1 Accent 5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6">
    <w:name w:val="Medium Shading 1 Accent 6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2">
    <w:name w:val="Medium Shading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1">
    <w:name w:val="Medium Shading 2 Accent 1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2">
    <w:name w:val="Medium Shading 2 Accent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3">
    <w:name w:val="Medium Shading 2 Accent 3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4">
    <w:name w:val="Medium Shading 2 Accent 4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5">
    <w:name w:val="Medium Shading 2 Accent 5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6">
    <w:name w:val="Medium Shading 2 Accent 6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lencomedio1">
    <w:name w:val="Medium Lis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Elencomedio1-Colore1">
    <w:name w:val="Medium List 1 Accen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Elencomedio1-Colore2">
    <w:name w:val="Medium List 1 Accent 2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Elencomedio1-Colore3">
    <w:name w:val="Medium List 1 Accent 3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Elencomedio1-Colore4">
    <w:name w:val="Medium List 1 Accent 4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Elencomedio1-Colore5">
    <w:name w:val="Medium List 1 Accent 5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Elencomedio1-Colore6">
    <w:name w:val="Medium List 1 Accent 6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Elencomedio2">
    <w:name w:val="Medium Lis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1">
    <w:name w:val="Medium List 2 Accent 1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2">
    <w:name w:val="Medium List 2 Accen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3">
    <w:name w:val="Medium List 2 Accent 3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4">
    <w:name w:val="Medium List 2 Accent 4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5">
    <w:name w:val="Medium List 2 Accent 5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6">
    <w:name w:val="Medium List 2 Accent 6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gliamedia1">
    <w:name w:val="Medium Grid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media1-Colore1">
    <w:name w:val="Medium Grid 1 Accent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media1-Colore2">
    <w:name w:val="Medium Grid 1 Accent 2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media1-Colore3">
    <w:name w:val="Medium Grid 1 Accent 3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media1-Colore4">
    <w:name w:val="Medium Grid 1 Accent 4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media1-Colore5">
    <w:name w:val="Medium Grid 1 Accent 5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media1-Colore6">
    <w:name w:val="Medium Grid 1 Accent 6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gliamedia2">
    <w:name w:val="Medium Grid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1">
    <w:name w:val="Medium Grid 2 Accent 1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2">
    <w:name w:val="Medium Grid 2 Accent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3">
    <w:name w:val="Medium Grid 2 Accent 3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4">
    <w:name w:val="Medium Grid 2 Accent 4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5">
    <w:name w:val="Medium Grid 2 Accent 5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6">
    <w:name w:val="Medium Grid 2 Accent 6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3">
    <w:name w:val="Medium Grid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gliamedia3-Colore1">
    <w:name w:val="Medium Grid 3 Accent 1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gliamedia3-Colore2">
    <w:name w:val="Medium Grid 3 Accent 2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gliamedia3-Colore3">
    <w:name w:val="Medium Grid 3 Accent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gliamedia3-Colore4">
    <w:name w:val="Medium Grid 3 Accent 4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gliamedia3-Colore5">
    <w:name w:val="Medium Grid 3 Accent 5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gliamedia3-Colore6">
    <w:name w:val="Medium Grid 3 Accent 6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Elencoscuro">
    <w:name w:val="Dark List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Elencoscuro-Colore1">
    <w:name w:val="Dark List Accent 1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Elencoscuro-Colore2">
    <w:name w:val="Dark List Accent 2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Elencoscuro-Colore3">
    <w:name w:val="Dark List Accent 3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Elencoscuro-Colore4">
    <w:name w:val="Dark List Accent 4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Elencoscuro-Colore5">
    <w:name w:val="Dark List Accent 5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Elencoscuro-Colore6">
    <w:name w:val="Dark List Accent 6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fondoacolori">
    <w:name w:val="Colorful Shading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1">
    <w:name w:val="Colorful Shading Accent 1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2">
    <w:name w:val="Colorful Shading Accent 2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3">
    <w:name w:val="Colorful Shading Accent 3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fondoacolori-Colore4">
    <w:name w:val="Colorful Shading Accent 4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5">
    <w:name w:val="Colorful Shading Accent 5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6">
    <w:name w:val="Colorful Shading Accent 6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Elencoacolori">
    <w:name w:val="Colorful List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Elencoacolori-Colore1">
    <w:name w:val="Colorful List Accent 1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Elencoacolori-Colore2">
    <w:name w:val="Colorful List Accent 2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Elencoacolori-Colore3">
    <w:name w:val="Colorful List Accent 3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Elencoacolori-Colore4">
    <w:name w:val="Colorful List Accent 4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Elencoacolori-Colore5">
    <w:name w:val="Colorful List Accent 5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Elencoacolori-Colore6">
    <w:name w:val="Colorful List Accent 6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gliaacolori">
    <w:name w:val="Colorful Grid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acolori-Colore1">
    <w:name w:val="Colorful Grid Accent 1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acolori-Colore2">
    <w:name w:val="Colorful Grid Accent 2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acolori-Colore3">
    <w:name w:val="Colorful Grid Accent 3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acolori-Colore4">
    <w:name w:val="Colorful Grid Accent 4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acolori-Colore5">
    <w:name w:val="Colorful Grid Accent 5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acolori-Colore6">
    <w:name w:val="Colorful Grid Accent 6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Collegamentoipertestuale">
    <w:name w:val="Hyperlink"/>
    <w:basedOn w:val="Carpredefinitoparagrafo"/>
    <w:uiPriority w:val="99"/>
    <w:unhideWhenUsed/>
    <w:rsid w:val="001D11A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141</Words>
  <Characters>810</Characters>
  <Application>Microsoft Office Word</Application>
  <DocSecurity>0</DocSecurity>
  <Lines>6</Lines>
  <Paragraphs>1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950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Office</cp:lastModifiedBy>
  <cp:revision>2</cp:revision>
  <dcterms:created xsi:type="dcterms:W3CDTF">2026-09-04T09:58:00Z</dcterms:created>
  <dcterms:modified xsi:type="dcterms:W3CDTF">2026-09-04T09:58:00Z</dcterms:modified>
  <cp:category/>
</cp:coreProperties>
</file>